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0319" w14:textId="77777777" w:rsidR="004C0CAD" w:rsidRPr="00F91465" w:rsidRDefault="00574EE7" w:rsidP="004242DA">
      <w:pPr>
        <w:pStyle w:val="Heading1"/>
        <w:spacing w:before="0" w:line="240" w:lineRule="auto"/>
        <w:jc w:val="right"/>
        <w:rPr>
          <w:rFonts w:asciiTheme="minorHAnsi" w:hAnsiTheme="minorHAnsi"/>
          <w:sz w:val="22"/>
          <w:szCs w:val="22"/>
        </w:rPr>
      </w:pPr>
      <w:r w:rsidRPr="00F91465">
        <w:rPr>
          <w:rFonts w:asciiTheme="minorHAnsi" w:hAnsiTheme="minorHAnsi"/>
          <w:sz w:val="22"/>
          <w:szCs w:val="22"/>
        </w:rPr>
        <w:t>WinnMed Board Meeting Minutes</w:t>
      </w:r>
    </w:p>
    <w:p w14:paraId="57A0D3AB" w14:textId="5D519873" w:rsidR="00590CF7" w:rsidRPr="00F91465" w:rsidRDefault="00654C53" w:rsidP="004242DA">
      <w:pPr>
        <w:pStyle w:val="Heading1"/>
        <w:spacing w:before="0" w:line="240" w:lineRule="auto"/>
        <w:jc w:val="right"/>
        <w:rPr>
          <w:rFonts w:asciiTheme="minorHAnsi" w:hAnsiTheme="minorHAnsi"/>
          <w:sz w:val="22"/>
          <w:szCs w:val="22"/>
        </w:rPr>
      </w:pPr>
      <w:r>
        <w:rPr>
          <w:rFonts w:asciiTheme="minorHAnsi" w:hAnsiTheme="minorHAnsi"/>
          <w:sz w:val="22"/>
          <w:szCs w:val="22"/>
        </w:rPr>
        <w:t>September 2</w:t>
      </w:r>
      <w:r w:rsidR="00590CF7" w:rsidRPr="00F91465">
        <w:rPr>
          <w:rFonts w:asciiTheme="minorHAnsi" w:hAnsiTheme="minorHAnsi"/>
          <w:sz w:val="22"/>
          <w:szCs w:val="22"/>
        </w:rPr>
        <w:t xml:space="preserve">, </w:t>
      </w:r>
      <w:proofErr w:type="gramStart"/>
      <w:r w:rsidR="00590CF7" w:rsidRPr="00F91465">
        <w:rPr>
          <w:rFonts w:asciiTheme="minorHAnsi" w:hAnsiTheme="minorHAnsi"/>
          <w:sz w:val="22"/>
          <w:szCs w:val="22"/>
        </w:rPr>
        <w:t>2026</w:t>
      </w:r>
      <w:proofErr w:type="gramEnd"/>
      <w:r w:rsidR="00590CF7" w:rsidRPr="00F91465">
        <w:rPr>
          <w:rFonts w:asciiTheme="minorHAnsi" w:hAnsiTheme="minorHAnsi"/>
          <w:sz w:val="22"/>
          <w:szCs w:val="22"/>
        </w:rPr>
        <w:t xml:space="preserve"> at 3:00 P.M.</w:t>
      </w:r>
    </w:p>
    <w:p w14:paraId="4AF5ED63" w14:textId="6F57BF7A" w:rsidR="00590CF7" w:rsidRPr="00F91465" w:rsidRDefault="00590CF7" w:rsidP="004242DA">
      <w:pPr>
        <w:pStyle w:val="Heading1"/>
        <w:spacing w:before="0" w:line="240" w:lineRule="auto"/>
        <w:jc w:val="right"/>
        <w:rPr>
          <w:rFonts w:asciiTheme="minorHAnsi" w:hAnsiTheme="minorHAnsi"/>
          <w:sz w:val="22"/>
          <w:szCs w:val="22"/>
        </w:rPr>
      </w:pPr>
      <w:r w:rsidRPr="00F91465">
        <w:rPr>
          <w:rFonts w:asciiTheme="minorHAnsi" w:hAnsiTheme="minorHAnsi"/>
          <w:sz w:val="22"/>
          <w:szCs w:val="22"/>
        </w:rPr>
        <w:t>Conference Room B2/3</w:t>
      </w:r>
    </w:p>
    <w:tbl>
      <w:tblPr>
        <w:tblW w:w="0" w:type="auto"/>
        <w:tblBorders>
          <w:insideH w:val="single" w:sz="4" w:space="0" w:color="auto"/>
          <w:insideV w:val="single" w:sz="4" w:space="0" w:color="auto"/>
        </w:tblBorders>
        <w:tblLook w:val="04A0" w:firstRow="1" w:lastRow="0" w:firstColumn="1" w:lastColumn="0" w:noHBand="0" w:noVBand="1"/>
      </w:tblPr>
      <w:tblGrid>
        <w:gridCol w:w="3960"/>
        <w:gridCol w:w="3780"/>
        <w:gridCol w:w="2340"/>
      </w:tblGrid>
      <w:tr w:rsidR="000659E3" w:rsidRPr="00F91465" w14:paraId="49CE0661" w14:textId="77777777" w:rsidTr="003A0B2F">
        <w:tc>
          <w:tcPr>
            <w:tcW w:w="3960" w:type="dxa"/>
            <w:shd w:val="clear" w:color="auto" w:fill="DDD9C3" w:themeFill="background2" w:themeFillShade="E6"/>
          </w:tcPr>
          <w:p w14:paraId="4E8BB9F6" w14:textId="350709C8" w:rsidR="000659E3" w:rsidRPr="00F91465" w:rsidRDefault="000659E3" w:rsidP="00EE3899">
            <w:pPr>
              <w:spacing w:after="0" w:line="240" w:lineRule="auto"/>
              <w:rPr>
                <w:b/>
                <w:bCs/>
              </w:rPr>
            </w:pPr>
            <w:r w:rsidRPr="00F91465">
              <w:rPr>
                <w:b/>
                <w:bCs/>
              </w:rPr>
              <w:t>Agenda Topic</w:t>
            </w:r>
          </w:p>
        </w:tc>
        <w:tc>
          <w:tcPr>
            <w:tcW w:w="3780" w:type="dxa"/>
            <w:shd w:val="clear" w:color="auto" w:fill="DDD9C3" w:themeFill="background2" w:themeFillShade="E6"/>
          </w:tcPr>
          <w:p w14:paraId="6169F113" w14:textId="5DDD4DA3" w:rsidR="000659E3" w:rsidRPr="00F91465" w:rsidRDefault="000659E3" w:rsidP="00EE3899">
            <w:pPr>
              <w:spacing w:after="0" w:line="240" w:lineRule="auto"/>
              <w:rPr>
                <w:b/>
                <w:bCs/>
              </w:rPr>
            </w:pPr>
            <w:r w:rsidRPr="00F91465">
              <w:rPr>
                <w:b/>
                <w:bCs/>
              </w:rPr>
              <w:t>Presenter</w:t>
            </w:r>
          </w:p>
        </w:tc>
        <w:tc>
          <w:tcPr>
            <w:tcW w:w="2340" w:type="dxa"/>
            <w:shd w:val="clear" w:color="auto" w:fill="DDD9C3" w:themeFill="background2" w:themeFillShade="E6"/>
          </w:tcPr>
          <w:p w14:paraId="38525685" w14:textId="0B44C227" w:rsidR="000659E3" w:rsidRPr="00F91465" w:rsidRDefault="000659E3" w:rsidP="00EE3899">
            <w:pPr>
              <w:spacing w:after="0" w:line="240" w:lineRule="auto"/>
              <w:rPr>
                <w:b/>
                <w:bCs/>
              </w:rPr>
            </w:pPr>
            <w:r w:rsidRPr="00F91465">
              <w:rPr>
                <w:b/>
                <w:bCs/>
              </w:rPr>
              <w:t>Purpose</w:t>
            </w:r>
          </w:p>
        </w:tc>
      </w:tr>
      <w:tr w:rsidR="000659E3" w:rsidRPr="00F91465" w14:paraId="72E3F375" w14:textId="77777777" w:rsidTr="003A0B2F">
        <w:trPr>
          <w:trHeight w:val="333"/>
        </w:trPr>
        <w:tc>
          <w:tcPr>
            <w:tcW w:w="3960" w:type="dxa"/>
            <w:shd w:val="clear" w:color="auto" w:fill="DDD9C3" w:themeFill="background2" w:themeFillShade="E6"/>
          </w:tcPr>
          <w:p w14:paraId="7FD79DD0" w14:textId="0D35CB8C" w:rsidR="000659E3" w:rsidRPr="00F91465" w:rsidRDefault="000659E3" w:rsidP="00EE3899">
            <w:pPr>
              <w:spacing w:after="0" w:line="240" w:lineRule="auto"/>
              <w:rPr>
                <w:b/>
                <w:bCs/>
              </w:rPr>
            </w:pPr>
            <w:r w:rsidRPr="00F91465">
              <w:rPr>
                <w:b/>
                <w:bCs/>
              </w:rPr>
              <w:t>Call to Order</w:t>
            </w:r>
          </w:p>
        </w:tc>
        <w:tc>
          <w:tcPr>
            <w:tcW w:w="3780" w:type="dxa"/>
            <w:shd w:val="clear" w:color="auto" w:fill="DDD9C3" w:themeFill="background2" w:themeFillShade="E6"/>
          </w:tcPr>
          <w:p w14:paraId="0DCE27F5" w14:textId="65B9EC30" w:rsidR="000659E3" w:rsidRPr="00F91465" w:rsidRDefault="000659E3" w:rsidP="00EE3899">
            <w:pPr>
              <w:spacing w:after="0" w:line="240" w:lineRule="auto"/>
              <w:rPr>
                <w:b/>
                <w:bCs/>
              </w:rPr>
            </w:pPr>
            <w:r w:rsidRPr="00F91465">
              <w:t>C. Goltz</w:t>
            </w:r>
          </w:p>
        </w:tc>
        <w:tc>
          <w:tcPr>
            <w:tcW w:w="2340" w:type="dxa"/>
            <w:shd w:val="clear" w:color="auto" w:fill="DDD9C3" w:themeFill="background2" w:themeFillShade="E6"/>
          </w:tcPr>
          <w:p w14:paraId="38DF8AFE" w14:textId="77777777" w:rsidR="000659E3" w:rsidRPr="00F91465" w:rsidRDefault="000659E3" w:rsidP="00EE3899">
            <w:pPr>
              <w:spacing w:after="0" w:line="240" w:lineRule="auto"/>
              <w:rPr>
                <w:b/>
                <w:bCs/>
              </w:rPr>
            </w:pPr>
          </w:p>
        </w:tc>
      </w:tr>
      <w:tr w:rsidR="00590CF7" w:rsidRPr="00F91465" w14:paraId="5C1221A3" w14:textId="77777777" w:rsidTr="00811EFC">
        <w:tc>
          <w:tcPr>
            <w:tcW w:w="10080" w:type="dxa"/>
            <w:gridSpan w:val="3"/>
          </w:tcPr>
          <w:p w14:paraId="54870D32" w14:textId="5D5BF8C1" w:rsidR="00590CF7" w:rsidRPr="00F91465" w:rsidRDefault="002402FA" w:rsidP="00EE3899">
            <w:pPr>
              <w:spacing w:after="0" w:line="240" w:lineRule="auto"/>
            </w:pPr>
            <w:r w:rsidRPr="00F91465">
              <w:t>3:01 p.m.</w:t>
            </w:r>
          </w:p>
        </w:tc>
      </w:tr>
      <w:tr w:rsidR="00496668" w:rsidRPr="00F91465" w14:paraId="6955335C" w14:textId="77777777" w:rsidTr="00C177DF">
        <w:tc>
          <w:tcPr>
            <w:tcW w:w="3960" w:type="dxa"/>
            <w:shd w:val="clear" w:color="auto" w:fill="DDD9C3" w:themeFill="background2" w:themeFillShade="E6"/>
          </w:tcPr>
          <w:p w14:paraId="09DBDD9B" w14:textId="11ACE210" w:rsidR="00496668" w:rsidRPr="00F91465" w:rsidRDefault="00496668" w:rsidP="00EE3899">
            <w:pPr>
              <w:spacing w:after="0" w:line="240" w:lineRule="auto"/>
              <w:rPr>
                <w:b/>
                <w:bCs/>
              </w:rPr>
            </w:pPr>
            <w:r w:rsidRPr="00F91465">
              <w:rPr>
                <w:b/>
                <w:bCs/>
              </w:rPr>
              <w:t>Physician Introductions</w:t>
            </w:r>
          </w:p>
        </w:tc>
        <w:tc>
          <w:tcPr>
            <w:tcW w:w="3780" w:type="dxa"/>
            <w:shd w:val="clear" w:color="auto" w:fill="DDD9C3" w:themeFill="background2" w:themeFillShade="E6"/>
          </w:tcPr>
          <w:p w14:paraId="52D13702" w14:textId="6B32D227" w:rsidR="00496668" w:rsidRPr="00F91465" w:rsidRDefault="00496668" w:rsidP="00EE3899">
            <w:pPr>
              <w:spacing w:after="0" w:line="240" w:lineRule="auto"/>
              <w:rPr>
                <w:b/>
                <w:bCs/>
              </w:rPr>
            </w:pPr>
            <w:r w:rsidRPr="00F91465">
              <w:rPr>
                <w:b/>
                <w:bCs/>
              </w:rPr>
              <w:t>Dr. T. Marquardt</w:t>
            </w:r>
          </w:p>
        </w:tc>
        <w:tc>
          <w:tcPr>
            <w:tcW w:w="2340" w:type="dxa"/>
            <w:shd w:val="clear" w:color="auto" w:fill="DDD9C3" w:themeFill="background2" w:themeFillShade="E6"/>
          </w:tcPr>
          <w:p w14:paraId="3F382E4E" w14:textId="7281B1F7" w:rsidR="00496668" w:rsidRPr="00F91465" w:rsidRDefault="00496668" w:rsidP="00EE3899">
            <w:pPr>
              <w:spacing w:after="0" w:line="240" w:lineRule="auto"/>
              <w:rPr>
                <w:b/>
                <w:bCs/>
              </w:rPr>
            </w:pPr>
            <w:r w:rsidRPr="00F91465">
              <w:rPr>
                <w:b/>
                <w:bCs/>
              </w:rPr>
              <w:t>Information</w:t>
            </w:r>
          </w:p>
        </w:tc>
      </w:tr>
      <w:tr w:rsidR="00496668" w:rsidRPr="00F91465" w14:paraId="6A7B8297" w14:textId="77777777" w:rsidTr="00496668">
        <w:tc>
          <w:tcPr>
            <w:tcW w:w="10080" w:type="dxa"/>
            <w:gridSpan w:val="3"/>
          </w:tcPr>
          <w:p w14:paraId="485B1D2F" w14:textId="7FCAD2CE" w:rsidR="002402FA" w:rsidRPr="00F91465" w:rsidRDefault="006E258E" w:rsidP="00EE3899">
            <w:pPr>
              <w:spacing w:after="0" w:line="240" w:lineRule="auto"/>
            </w:pPr>
            <w:r w:rsidRPr="00F91465">
              <w:t>Dr. Marquardt introduced Drs. Megan Slattery and Samantha Stor</w:t>
            </w:r>
            <w:r w:rsidR="00F91465">
              <w:t>ts</w:t>
            </w:r>
            <w:r w:rsidRPr="00F91465">
              <w:t xml:space="preserve"> as new additions to </w:t>
            </w:r>
            <w:proofErr w:type="spellStart"/>
            <w:r w:rsidRPr="00F91465">
              <w:t>WinnMed’s</w:t>
            </w:r>
            <w:proofErr w:type="spellEnd"/>
            <w:r w:rsidRPr="00F91465">
              <w:t xml:space="preserve"> primary care, OB, and hospitalist program</w:t>
            </w:r>
            <w:r w:rsidR="00F91465">
              <w:t>s</w:t>
            </w:r>
            <w:r w:rsidRPr="00F91465">
              <w:t>.</w:t>
            </w:r>
          </w:p>
        </w:tc>
      </w:tr>
      <w:tr w:rsidR="000659E3" w:rsidRPr="00F91465" w14:paraId="61137EDD" w14:textId="77777777" w:rsidTr="00C177DF">
        <w:tc>
          <w:tcPr>
            <w:tcW w:w="3960" w:type="dxa"/>
            <w:shd w:val="clear" w:color="auto" w:fill="DDD9C3" w:themeFill="background2" w:themeFillShade="E6"/>
          </w:tcPr>
          <w:p w14:paraId="2DFFD0C2" w14:textId="5690A3A8" w:rsidR="000659E3" w:rsidRPr="00F91465" w:rsidRDefault="000659E3" w:rsidP="00EE3899">
            <w:pPr>
              <w:spacing w:after="0" w:line="240" w:lineRule="auto"/>
              <w:rPr>
                <w:b/>
                <w:bCs/>
              </w:rPr>
            </w:pPr>
            <w:r w:rsidRPr="00F91465">
              <w:rPr>
                <w:b/>
                <w:bCs/>
              </w:rPr>
              <w:t>Moment for Mission</w:t>
            </w:r>
          </w:p>
        </w:tc>
        <w:tc>
          <w:tcPr>
            <w:tcW w:w="3780" w:type="dxa"/>
            <w:shd w:val="clear" w:color="auto" w:fill="DDD9C3" w:themeFill="background2" w:themeFillShade="E6"/>
          </w:tcPr>
          <w:p w14:paraId="49F862B1" w14:textId="2759EDF5" w:rsidR="000659E3" w:rsidRPr="00F91465" w:rsidRDefault="000659E3" w:rsidP="00EE3899">
            <w:pPr>
              <w:spacing w:after="0" w:line="240" w:lineRule="auto"/>
            </w:pPr>
            <w:r w:rsidRPr="00F91465">
              <w:t>D. Rooney</w:t>
            </w:r>
          </w:p>
        </w:tc>
        <w:tc>
          <w:tcPr>
            <w:tcW w:w="2340" w:type="dxa"/>
            <w:shd w:val="clear" w:color="auto" w:fill="DDD9C3" w:themeFill="background2" w:themeFillShade="E6"/>
          </w:tcPr>
          <w:p w14:paraId="58EEED53" w14:textId="6CED0E59" w:rsidR="000659E3" w:rsidRPr="00F91465" w:rsidRDefault="000659E3" w:rsidP="00EE3899">
            <w:pPr>
              <w:spacing w:after="0" w:line="240" w:lineRule="auto"/>
            </w:pPr>
            <w:r w:rsidRPr="00F91465">
              <w:t>Information</w:t>
            </w:r>
          </w:p>
        </w:tc>
      </w:tr>
      <w:tr w:rsidR="00590CF7" w:rsidRPr="00F91465" w14:paraId="4F4C65FA" w14:textId="77777777" w:rsidTr="00811EFC">
        <w:tc>
          <w:tcPr>
            <w:tcW w:w="10080" w:type="dxa"/>
            <w:gridSpan w:val="3"/>
          </w:tcPr>
          <w:p w14:paraId="11E06095" w14:textId="5394CE64" w:rsidR="002402FA" w:rsidRPr="00F91465" w:rsidRDefault="002209EA" w:rsidP="00F91465">
            <w:pPr>
              <w:pStyle w:val="ListParagraph"/>
              <w:numPr>
                <w:ilvl w:val="0"/>
                <w:numId w:val="13"/>
              </w:numPr>
              <w:spacing w:after="0" w:line="240" w:lineRule="auto"/>
            </w:pPr>
            <w:r w:rsidRPr="00F91465">
              <w:t>S</w:t>
            </w:r>
            <w:r w:rsidR="006E258E" w:rsidRPr="00F91465">
              <w:t>taff members Ethan Kip</w:t>
            </w:r>
            <w:r w:rsidRPr="00F91465">
              <w:t>p</w:t>
            </w:r>
            <w:r w:rsidR="006E258E" w:rsidRPr="00F91465">
              <w:t>, Kat</w:t>
            </w:r>
            <w:r w:rsidRPr="00F91465">
              <w:t>y</w:t>
            </w:r>
            <w:r w:rsidR="006E258E" w:rsidRPr="00F91465">
              <w:t xml:space="preserve"> Swift, and </w:t>
            </w:r>
            <w:r w:rsidRPr="00F91465">
              <w:t xml:space="preserve">the </w:t>
            </w:r>
            <w:r w:rsidR="006E258E" w:rsidRPr="00F91465">
              <w:t>Materials Management staff</w:t>
            </w:r>
            <w:r w:rsidRPr="00F91465">
              <w:t xml:space="preserve"> organized</w:t>
            </w:r>
            <w:r w:rsidR="006E258E" w:rsidRPr="00F91465">
              <w:t xml:space="preserve"> a large donation of essential supplies for the </w:t>
            </w:r>
            <w:r w:rsidRPr="00F91465">
              <w:t>Postville</w:t>
            </w:r>
            <w:r w:rsidR="006E258E" w:rsidRPr="00F91465">
              <w:t xml:space="preserve"> community following the Agri</w:t>
            </w:r>
            <w:r w:rsidRPr="00F91465">
              <w:t xml:space="preserve"> St</w:t>
            </w:r>
            <w:r w:rsidR="006E258E" w:rsidRPr="00F91465">
              <w:t>ar plant fire.</w:t>
            </w:r>
          </w:p>
          <w:p w14:paraId="6200AF27" w14:textId="62DE1386" w:rsidR="002402FA" w:rsidRPr="00F91465" w:rsidRDefault="002209EA" w:rsidP="00F91465">
            <w:pPr>
              <w:pStyle w:val="ListParagraph"/>
              <w:numPr>
                <w:ilvl w:val="0"/>
                <w:numId w:val="13"/>
              </w:numPr>
              <w:spacing w:after="0" w:line="240" w:lineRule="auto"/>
            </w:pPr>
            <w:r w:rsidRPr="00F91465">
              <w:t xml:space="preserve">Recognition and </w:t>
            </w:r>
            <w:r w:rsidR="00F91465">
              <w:t xml:space="preserve">a </w:t>
            </w:r>
            <w:r w:rsidRPr="00F91465">
              <w:t xml:space="preserve">warm appreciation </w:t>
            </w:r>
            <w:proofErr w:type="gramStart"/>
            <w:r w:rsidRPr="00F91465">
              <w:t>was</w:t>
            </w:r>
            <w:proofErr w:type="gramEnd"/>
            <w:r w:rsidRPr="00F91465">
              <w:t xml:space="preserve"> extended to Kathy Moritz, Chief Nursing Officer, upon the announcement of her upcoming retirement. Kathy was thanked for her many years of dedicated service, leadership, and commitment to WinnMed.</w:t>
            </w:r>
          </w:p>
        </w:tc>
      </w:tr>
      <w:tr w:rsidR="000659E3" w:rsidRPr="00F91465" w14:paraId="7E754754" w14:textId="77777777" w:rsidTr="00000FB2">
        <w:tc>
          <w:tcPr>
            <w:tcW w:w="3960" w:type="dxa"/>
            <w:shd w:val="clear" w:color="auto" w:fill="DDD9C3" w:themeFill="background2" w:themeFillShade="E6"/>
          </w:tcPr>
          <w:p w14:paraId="43F6CBD6" w14:textId="3627462C" w:rsidR="000659E3" w:rsidRPr="00F91465" w:rsidRDefault="000659E3" w:rsidP="00EE3899">
            <w:pPr>
              <w:spacing w:after="0" w:line="240" w:lineRule="auto"/>
              <w:rPr>
                <w:b/>
                <w:bCs/>
              </w:rPr>
            </w:pPr>
            <w:r w:rsidRPr="00F91465">
              <w:rPr>
                <w:b/>
                <w:bCs/>
              </w:rPr>
              <w:t>Consent Agenda</w:t>
            </w:r>
          </w:p>
        </w:tc>
        <w:tc>
          <w:tcPr>
            <w:tcW w:w="3780" w:type="dxa"/>
            <w:shd w:val="clear" w:color="auto" w:fill="DDD9C3" w:themeFill="background2" w:themeFillShade="E6"/>
          </w:tcPr>
          <w:p w14:paraId="6DF6ABA1" w14:textId="7C171F55" w:rsidR="000659E3" w:rsidRPr="00F91465" w:rsidRDefault="000659E3" w:rsidP="00EE3899">
            <w:pPr>
              <w:spacing w:after="0" w:line="240" w:lineRule="auto"/>
            </w:pPr>
            <w:r w:rsidRPr="00F91465">
              <w:t>C. Goltz</w:t>
            </w:r>
          </w:p>
        </w:tc>
        <w:tc>
          <w:tcPr>
            <w:tcW w:w="2340" w:type="dxa"/>
            <w:shd w:val="clear" w:color="auto" w:fill="DDD9C3" w:themeFill="background2" w:themeFillShade="E6"/>
          </w:tcPr>
          <w:p w14:paraId="2B2325FE" w14:textId="2543EDC8" w:rsidR="000659E3" w:rsidRPr="00F91465" w:rsidRDefault="000659E3" w:rsidP="00EE3899">
            <w:pPr>
              <w:spacing w:after="0" w:line="240" w:lineRule="auto"/>
            </w:pPr>
            <w:r w:rsidRPr="00F91465">
              <w:t>Approval</w:t>
            </w:r>
          </w:p>
        </w:tc>
      </w:tr>
      <w:tr w:rsidR="00590CF7" w:rsidRPr="00F91465" w14:paraId="4E381989" w14:textId="77777777" w:rsidTr="00811EFC">
        <w:tc>
          <w:tcPr>
            <w:tcW w:w="10080" w:type="dxa"/>
            <w:gridSpan w:val="3"/>
          </w:tcPr>
          <w:p w14:paraId="435926F3" w14:textId="1C1F5D88" w:rsidR="00590CF7" w:rsidRPr="00F91465" w:rsidRDefault="00590CF7" w:rsidP="00EE3899">
            <w:pPr>
              <w:spacing w:after="0" w:line="240" w:lineRule="auto"/>
            </w:pPr>
            <w:r w:rsidRPr="00F91465">
              <w:rPr>
                <w:rFonts w:cstheme="minorHAnsi"/>
                <w:b/>
                <w:bCs/>
              </w:rPr>
              <w:t>Action:</w:t>
            </w:r>
            <w:r w:rsidRPr="00F91465">
              <w:rPr>
                <w:rFonts w:cstheme="minorHAnsi"/>
              </w:rPr>
              <w:t xml:space="preserve"> Motion made by </w:t>
            </w:r>
            <w:r w:rsidR="002402FA" w:rsidRPr="00F91465">
              <w:rPr>
                <w:rFonts w:cstheme="minorHAnsi"/>
              </w:rPr>
              <w:t>Bekah Krueger</w:t>
            </w:r>
            <w:r w:rsidRPr="00F91465">
              <w:rPr>
                <w:rFonts w:cstheme="minorHAnsi"/>
              </w:rPr>
              <w:t xml:space="preserve">, seconded by </w:t>
            </w:r>
            <w:r w:rsidR="002402FA" w:rsidRPr="00F91465">
              <w:rPr>
                <w:rFonts w:cstheme="minorHAnsi"/>
              </w:rPr>
              <w:t>Jan Heikes</w:t>
            </w:r>
            <w:r w:rsidRPr="00F91465">
              <w:rPr>
                <w:rFonts w:cstheme="minorHAnsi"/>
              </w:rPr>
              <w:t xml:space="preserve">, to approve Board Minutes, Committee Minutes, Medical Executive Committee Minutes, </w:t>
            </w:r>
            <w:r w:rsidR="00496668" w:rsidRPr="00F91465">
              <w:rPr>
                <w:rFonts w:cstheme="minorHAnsi"/>
              </w:rPr>
              <w:t>Home Health and Hospice Annual Report</w:t>
            </w:r>
            <w:r w:rsidRPr="00F91465">
              <w:rPr>
                <w:rFonts w:cstheme="minorHAnsi"/>
              </w:rPr>
              <w:t>, Policy Approvals. All other voting, aye. Motion carried.</w:t>
            </w:r>
          </w:p>
        </w:tc>
      </w:tr>
      <w:tr w:rsidR="000659E3" w:rsidRPr="00F91465" w14:paraId="144762FA" w14:textId="77777777" w:rsidTr="00476900">
        <w:tc>
          <w:tcPr>
            <w:tcW w:w="3960" w:type="dxa"/>
            <w:shd w:val="clear" w:color="auto" w:fill="DDD9C3" w:themeFill="background2" w:themeFillShade="E6"/>
          </w:tcPr>
          <w:p w14:paraId="68BF07E5" w14:textId="77777777" w:rsidR="00496668" w:rsidRPr="00F91465" w:rsidRDefault="00496668" w:rsidP="00496668">
            <w:pPr>
              <w:spacing w:after="0" w:line="240" w:lineRule="auto"/>
              <w:rPr>
                <w:rFonts w:cstheme="minorHAnsi"/>
                <w:b/>
                <w:bCs/>
              </w:rPr>
            </w:pPr>
            <w:r w:rsidRPr="00F91465">
              <w:rPr>
                <w:rFonts w:cstheme="minorHAnsi"/>
                <w:b/>
                <w:bCs/>
              </w:rPr>
              <w:t>Department Presentation</w:t>
            </w:r>
          </w:p>
          <w:p w14:paraId="411F1A36" w14:textId="1FB8CDD1" w:rsidR="000659E3" w:rsidRPr="00F91465" w:rsidRDefault="00496668" w:rsidP="00EE3899">
            <w:pPr>
              <w:pStyle w:val="ListParagraph"/>
              <w:numPr>
                <w:ilvl w:val="0"/>
                <w:numId w:val="10"/>
              </w:numPr>
              <w:spacing w:after="0" w:line="240" w:lineRule="auto"/>
            </w:pPr>
            <w:r w:rsidRPr="00F91465">
              <w:t>Respiratory Therapy</w:t>
            </w:r>
          </w:p>
        </w:tc>
        <w:tc>
          <w:tcPr>
            <w:tcW w:w="3780" w:type="dxa"/>
            <w:shd w:val="clear" w:color="auto" w:fill="DDD9C3" w:themeFill="background2" w:themeFillShade="E6"/>
          </w:tcPr>
          <w:p w14:paraId="613D68C6" w14:textId="7412BCF6" w:rsidR="000659E3" w:rsidRPr="00F91465" w:rsidRDefault="00496668" w:rsidP="00EE3899">
            <w:pPr>
              <w:spacing w:after="0" w:line="240" w:lineRule="auto"/>
            </w:pPr>
            <w:r w:rsidRPr="00F91465">
              <w:t>J. Elsbernd</w:t>
            </w:r>
          </w:p>
        </w:tc>
        <w:tc>
          <w:tcPr>
            <w:tcW w:w="2340" w:type="dxa"/>
            <w:shd w:val="clear" w:color="auto" w:fill="DDD9C3" w:themeFill="background2" w:themeFillShade="E6"/>
          </w:tcPr>
          <w:p w14:paraId="0BE967FF" w14:textId="32594237" w:rsidR="000659E3" w:rsidRPr="00F91465" w:rsidRDefault="000659E3" w:rsidP="00EE3899">
            <w:pPr>
              <w:spacing w:after="0" w:line="240" w:lineRule="auto"/>
            </w:pPr>
            <w:r w:rsidRPr="00F91465">
              <w:t>Information</w:t>
            </w:r>
          </w:p>
        </w:tc>
      </w:tr>
      <w:tr w:rsidR="00590CF7" w:rsidRPr="00F91465" w14:paraId="029D35C6" w14:textId="77777777" w:rsidTr="00811EFC">
        <w:tc>
          <w:tcPr>
            <w:tcW w:w="10080" w:type="dxa"/>
            <w:gridSpan w:val="3"/>
          </w:tcPr>
          <w:p w14:paraId="001361D7" w14:textId="12805A00" w:rsidR="00590CF7" w:rsidRPr="00F91465" w:rsidRDefault="002209EA" w:rsidP="00EE3899">
            <w:pPr>
              <w:spacing w:after="0" w:line="240" w:lineRule="auto"/>
            </w:pPr>
            <w:r w:rsidRPr="00F91465">
              <w:t>Jena Elsbernd presented Respiratory Therapy’s cardiology-related services.  Since May 1, 2023, the department has used newer Mayo Clinic devices that support continuous monitoring from 24 hours up to 30 days. Unlike the former devices, which were worn for 24–48 hours and mailed to Mayo Clinic for interpretation, the newer devices transmit data continuously through a home gateway.</w:t>
            </w:r>
          </w:p>
        </w:tc>
      </w:tr>
      <w:tr w:rsidR="000659E3" w:rsidRPr="00F91465" w14:paraId="162B19A4" w14:textId="77777777" w:rsidTr="0071430D">
        <w:tc>
          <w:tcPr>
            <w:tcW w:w="3960" w:type="dxa"/>
            <w:shd w:val="clear" w:color="auto" w:fill="DDD9C3" w:themeFill="background2" w:themeFillShade="E6"/>
          </w:tcPr>
          <w:p w14:paraId="2A64F10D" w14:textId="4ECC09B4" w:rsidR="000659E3" w:rsidRPr="00F91465" w:rsidRDefault="00496668" w:rsidP="00EE3899">
            <w:pPr>
              <w:spacing w:after="0" w:line="240" w:lineRule="auto"/>
              <w:rPr>
                <w:rFonts w:cstheme="minorHAnsi"/>
                <w:b/>
                <w:bCs/>
              </w:rPr>
            </w:pPr>
            <w:r w:rsidRPr="00F91465">
              <w:rPr>
                <w:rFonts w:cstheme="minorHAnsi"/>
                <w:b/>
                <w:bCs/>
              </w:rPr>
              <w:t>Board Education</w:t>
            </w:r>
          </w:p>
          <w:p w14:paraId="11ACD349" w14:textId="17A98FC1" w:rsidR="000659E3" w:rsidRPr="00F91465" w:rsidRDefault="00496668" w:rsidP="00EE3899">
            <w:pPr>
              <w:pStyle w:val="ListParagraph"/>
              <w:numPr>
                <w:ilvl w:val="0"/>
                <w:numId w:val="10"/>
              </w:numPr>
              <w:spacing w:after="0" w:line="240" w:lineRule="auto"/>
            </w:pPr>
            <w:r w:rsidRPr="00F91465">
              <w:t>Rural Health Transformation Grants</w:t>
            </w:r>
          </w:p>
        </w:tc>
        <w:tc>
          <w:tcPr>
            <w:tcW w:w="3780" w:type="dxa"/>
            <w:shd w:val="clear" w:color="auto" w:fill="DDD9C3" w:themeFill="background2" w:themeFillShade="E6"/>
          </w:tcPr>
          <w:p w14:paraId="2E324F6B" w14:textId="3981E507" w:rsidR="000659E3" w:rsidRPr="00F91465" w:rsidRDefault="00496668" w:rsidP="00496668">
            <w:pPr>
              <w:spacing w:after="0" w:line="240" w:lineRule="auto"/>
            </w:pPr>
            <w:r w:rsidRPr="00F91465">
              <w:t>S. Slessor</w:t>
            </w:r>
          </w:p>
        </w:tc>
        <w:tc>
          <w:tcPr>
            <w:tcW w:w="2340" w:type="dxa"/>
            <w:shd w:val="clear" w:color="auto" w:fill="DDD9C3" w:themeFill="background2" w:themeFillShade="E6"/>
          </w:tcPr>
          <w:p w14:paraId="5B1D82AD" w14:textId="35DE81DB" w:rsidR="000659E3" w:rsidRPr="00F91465" w:rsidRDefault="000659E3" w:rsidP="00496668">
            <w:pPr>
              <w:spacing w:after="0" w:line="240" w:lineRule="auto"/>
            </w:pPr>
            <w:r w:rsidRPr="00F91465">
              <w:t>Information</w:t>
            </w:r>
          </w:p>
        </w:tc>
      </w:tr>
      <w:tr w:rsidR="00590CF7" w:rsidRPr="00F91465" w14:paraId="7381408B" w14:textId="77777777" w:rsidTr="00811EFC">
        <w:tc>
          <w:tcPr>
            <w:tcW w:w="10080" w:type="dxa"/>
            <w:gridSpan w:val="3"/>
          </w:tcPr>
          <w:p w14:paraId="579B14FE" w14:textId="1AFD0083" w:rsidR="00590CF7" w:rsidRPr="00F91465" w:rsidRDefault="002209EA" w:rsidP="00EE3899">
            <w:pPr>
              <w:spacing w:after="0" w:line="240" w:lineRule="auto"/>
            </w:pPr>
            <w:r w:rsidRPr="00F91465">
              <w:t xml:space="preserve">Steve updated the board on Iowa’s Healthy Hometowns rural health transformation funding, including </w:t>
            </w:r>
            <w:proofErr w:type="spellStart"/>
            <w:r w:rsidRPr="00F91465">
              <w:t>WinnMed’s</w:t>
            </w:r>
            <w:proofErr w:type="spellEnd"/>
            <w:r w:rsidRPr="00F91465">
              <w:t xml:space="preserve"> awards for a CT scanner and psychiatrist, a pending maternal-health application, and upcoming cardiology and school-based opportunities.</w:t>
            </w:r>
          </w:p>
        </w:tc>
      </w:tr>
      <w:tr w:rsidR="000659E3" w:rsidRPr="00F91465" w14:paraId="13EED444" w14:textId="77777777" w:rsidTr="00C0550F">
        <w:tc>
          <w:tcPr>
            <w:tcW w:w="3960" w:type="dxa"/>
            <w:shd w:val="clear" w:color="auto" w:fill="DDD9C3" w:themeFill="background2" w:themeFillShade="E6"/>
          </w:tcPr>
          <w:p w14:paraId="0E83668C" w14:textId="2DFB034F" w:rsidR="000659E3" w:rsidRPr="00F91465" w:rsidRDefault="000659E3" w:rsidP="00EE3899">
            <w:pPr>
              <w:spacing w:after="0" w:line="240" w:lineRule="auto"/>
              <w:rPr>
                <w:b/>
                <w:bCs/>
              </w:rPr>
            </w:pPr>
            <w:r w:rsidRPr="00F91465">
              <w:rPr>
                <w:b/>
                <w:bCs/>
              </w:rPr>
              <w:t>Medical Staff Services</w:t>
            </w:r>
          </w:p>
        </w:tc>
        <w:tc>
          <w:tcPr>
            <w:tcW w:w="3780" w:type="dxa"/>
            <w:shd w:val="clear" w:color="auto" w:fill="DDD9C3" w:themeFill="background2" w:themeFillShade="E6"/>
          </w:tcPr>
          <w:p w14:paraId="6201C4A7" w14:textId="44A594E4" w:rsidR="000659E3" w:rsidRPr="00F91465" w:rsidRDefault="000659E3" w:rsidP="00EE3899">
            <w:pPr>
              <w:spacing w:after="0" w:line="240" w:lineRule="auto"/>
            </w:pPr>
            <w:r w:rsidRPr="00F91465">
              <w:t>Dr. L. Tope</w:t>
            </w:r>
          </w:p>
        </w:tc>
        <w:tc>
          <w:tcPr>
            <w:tcW w:w="2340" w:type="dxa"/>
            <w:shd w:val="clear" w:color="auto" w:fill="DDD9C3" w:themeFill="background2" w:themeFillShade="E6"/>
          </w:tcPr>
          <w:p w14:paraId="78E2128E" w14:textId="0834817C" w:rsidR="000659E3" w:rsidRPr="00F91465" w:rsidRDefault="000659E3" w:rsidP="00EE3899">
            <w:pPr>
              <w:spacing w:after="0" w:line="240" w:lineRule="auto"/>
            </w:pPr>
            <w:r w:rsidRPr="00F91465">
              <w:t>Approval</w:t>
            </w:r>
          </w:p>
        </w:tc>
      </w:tr>
      <w:tr w:rsidR="00590CF7" w:rsidRPr="00F91465" w14:paraId="33387026" w14:textId="77777777" w:rsidTr="00811EFC">
        <w:tc>
          <w:tcPr>
            <w:tcW w:w="10080" w:type="dxa"/>
            <w:gridSpan w:val="3"/>
          </w:tcPr>
          <w:p w14:paraId="1B5A226F" w14:textId="7BBA04EE" w:rsidR="00590CF7" w:rsidRPr="00F91465" w:rsidRDefault="002209EA" w:rsidP="00EE3899">
            <w:pPr>
              <w:spacing w:after="0" w:line="240" w:lineRule="auto"/>
            </w:pPr>
            <w:r w:rsidRPr="00F91465">
              <w:t>The Medical Executive Committee is in the final stages of updating FPPE</w:t>
            </w:r>
            <w:r w:rsidR="00F91465">
              <w:t xml:space="preserve"> and</w:t>
            </w:r>
            <w:r w:rsidRPr="00F91465">
              <w:t xml:space="preserve"> OPPE related policies, with completion expected the following month. Anticipate updated Medical Staff Bylaws to come to the board for approval in December.</w:t>
            </w:r>
          </w:p>
          <w:p w14:paraId="1E11FD8B" w14:textId="57A956B4" w:rsidR="00590CF7" w:rsidRPr="00F91465" w:rsidRDefault="00590CF7" w:rsidP="00EE3899">
            <w:pPr>
              <w:spacing w:after="0" w:line="240" w:lineRule="auto"/>
            </w:pPr>
            <w:r w:rsidRPr="00F91465">
              <w:rPr>
                <w:rFonts w:cstheme="minorHAnsi"/>
                <w:b/>
                <w:bCs/>
              </w:rPr>
              <w:t>Action:</w:t>
            </w:r>
            <w:r w:rsidRPr="00F91465">
              <w:rPr>
                <w:rFonts w:cstheme="minorHAnsi"/>
              </w:rPr>
              <w:t xml:space="preserve"> Motion made by </w:t>
            </w:r>
            <w:r w:rsidR="00025833" w:rsidRPr="00F91465">
              <w:rPr>
                <w:rFonts w:cstheme="minorHAnsi"/>
              </w:rPr>
              <w:t>Justin Gullekson</w:t>
            </w:r>
            <w:r w:rsidRPr="00F91465">
              <w:rPr>
                <w:rFonts w:cstheme="minorHAnsi"/>
              </w:rPr>
              <w:t xml:space="preserve">, seconded by </w:t>
            </w:r>
            <w:r w:rsidR="00025833" w:rsidRPr="00F91465">
              <w:rPr>
                <w:rFonts w:cstheme="minorHAnsi"/>
              </w:rPr>
              <w:t>Jan Heikes</w:t>
            </w:r>
            <w:r w:rsidRPr="00F91465">
              <w:rPr>
                <w:rFonts w:cstheme="minorHAnsi"/>
              </w:rPr>
              <w:t>, to appoint and grant membership and privileges as listed in the Medical Staff Report.  All voting, aye. Motion carried.</w:t>
            </w:r>
          </w:p>
        </w:tc>
      </w:tr>
      <w:tr w:rsidR="000659E3" w:rsidRPr="00F91465" w14:paraId="08139B2A" w14:textId="77777777" w:rsidTr="00054694">
        <w:tc>
          <w:tcPr>
            <w:tcW w:w="3960" w:type="dxa"/>
            <w:shd w:val="clear" w:color="auto" w:fill="DDD9C3" w:themeFill="background2" w:themeFillShade="E6"/>
          </w:tcPr>
          <w:p w14:paraId="6A0204CB" w14:textId="0A0C6E4C" w:rsidR="000659E3" w:rsidRPr="00F91465" w:rsidRDefault="000659E3" w:rsidP="00EE3899">
            <w:pPr>
              <w:spacing w:after="0" w:line="240" w:lineRule="auto"/>
              <w:rPr>
                <w:b/>
                <w:bCs/>
              </w:rPr>
            </w:pPr>
            <w:r w:rsidRPr="00F91465">
              <w:rPr>
                <w:b/>
                <w:bCs/>
              </w:rPr>
              <w:t>Financial Update</w:t>
            </w:r>
          </w:p>
        </w:tc>
        <w:tc>
          <w:tcPr>
            <w:tcW w:w="3780" w:type="dxa"/>
            <w:shd w:val="clear" w:color="auto" w:fill="DDD9C3" w:themeFill="background2" w:themeFillShade="E6"/>
          </w:tcPr>
          <w:p w14:paraId="6A7ED3F5" w14:textId="439778F7" w:rsidR="000659E3" w:rsidRPr="00F91465" w:rsidRDefault="000659E3" w:rsidP="00EE3899">
            <w:pPr>
              <w:spacing w:after="0" w:line="240" w:lineRule="auto"/>
            </w:pPr>
            <w:r w:rsidRPr="00F91465">
              <w:t>B. Stevens</w:t>
            </w:r>
          </w:p>
        </w:tc>
        <w:tc>
          <w:tcPr>
            <w:tcW w:w="2340" w:type="dxa"/>
            <w:shd w:val="clear" w:color="auto" w:fill="DDD9C3" w:themeFill="background2" w:themeFillShade="E6"/>
          </w:tcPr>
          <w:p w14:paraId="1E9653A5" w14:textId="42EACD79" w:rsidR="000659E3" w:rsidRPr="00F91465" w:rsidRDefault="000659E3" w:rsidP="00EE3899">
            <w:pPr>
              <w:spacing w:after="0" w:line="240" w:lineRule="auto"/>
            </w:pPr>
            <w:r w:rsidRPr="00F91465">
              <w:t>Information</w:t>
            </w:r>
          </w:p>
        </w:tc>
      </w:tr>
      <w:tr w:rsidR="00590CF7" w:rsidRPr="00F91465" w14:paraId="6B4F93AF" w14:textId="77777777" w:rsidTr="00811EFC">
        <w:tc>
          <w:tcPr>
            <w:tcW w:w="10080" w:type="dxa"/>
            <w:gridSpan w:val="3"/>
          </w:tcPr>
          <w:p w14:paraId="52B7AC08" w14:textId="19B3568E" w:rsidR="00157AC6" w:rsidRPr="00F91465" w:rsidRDefault="002209EA" w:rsidP="008500D1">
            <w:pPr>
              <w:spacing w:after="0" w:line="240" w:lineRule="auto"/>
            </w:pPr>
            <w:r w:rsidRPr="00F91465">
              <w:t xml:space="preserve">Ben reviewed the 12-month budget spread and July results. </w:t>
            </w:r>
            <w:r w:rsidR="008500D1" w:rsidRPr="00F91465">
              <w:t>The annual budget was approved as a full-year amount rather than as twelve equal monthly allocations. Monthly forecasts vary according to business days, staffing changes, incentive timing, vacations, and expected grant receipts.</w:t>
            </w:r>
            <w:r w:rsidR="00057EE5">
              <w:t xml:space="preserve"> </w:t>
            </w:r>
            <w:r w:rsidR="008500D1" w:rsidRPr="00F91465">
              <w:rPr>
                <w:rFonts w:cs="Segoe UI"/>
                <w:color w:val="242424"/>
                <w:shd w:val="clear" w:color="auto" w:fill="FFFFFF"/>
              </w:rPr>
              <w:t xml:space="preserve"> </w:t>
            </w:r>
            <w:r w:rsidR="008500D1" w:rsidRPr="00F91465">
              <w:t>July was forecast to show a $451,000 loss and ended with a $478,000 loss, a variance of approximately $26,000. Gross patient revenue met budget within 0.2%, contractual allowances and operating expenses were near expectations. Ben advised the board to focus on earnings before depreciation as an indicator closer to cash performance. Annual depreciation is expected to be just under $6 million, including approximately $3 million of additional non-cash expense associated with bringing the Transforming Tomorrow project fully online. The balance sheet was described as stable, with expected USDA funds still to be received.</w:t>
            </w:r>
          </w:p>
        </w:tc>
      </w:tr>
      <w:tr w:rsidR="000659E3" w:rsidRPr="00F91465" w14:paraId="38761E22" w14:textId="77777777" w:rsidTr="00424F68">
        <w:tc>
          <w:tcPr>
            <w:tcW w:w="3960" w:type="dxa"/>
            <w:shd w:val="clear" w:color="auto" w:fill="DDD9C3" w:themeFill="background2" w:themeFillShade="E6"/>
          </w:tcPr>
          <w:p w14:paraId="733452E7" w14:textId="22B766EA" w:rsidR="000659E3" w:rsidRPr="00F91465" w:rsidRDefault="000659E3" w:rsidP="00EE3899">
            <w:pPr>
              <w:spacing w:after="0" w:line="240" w:lineRule="auto"/>
              <w:rPr>
                <w:b/>
                <w:bCs/>
              </w:rPr>
            </w:pPr>
            <w:r w:rsidRPr="00F91465">
              <w:rPr>
                <w:b/>
                <w:bCs/>
              </w:rPr>
              <w:t>Administrative Reports</w:t>
            </w:r>
          </w:p>
        </w:tc>
        <w:tc>
          <w:tcPr>
            <w:tcW w:w="3780" w:type="dxa"/>
            <w:shd w:val="clear" w:color="auto" w:fill="DDD9C3" w:themeFill="background2" w:themeFillShade="E6"/>
          </w:tcPr>
          <w:p w14:paraId="395D4E0C" w14:textId="56B05BC4" w:rsidR="000659E3" w:rsidRPr="00F91465" w:rsidRDefault="000659E3" w:rsidP="00EE3899">
            <w:pPr>
              <w:spacing w:after="0" w:line="240" w:lineRule="auto"/>
            </w:pPr>
            <w:r w:rsidRPr="00F91465">
              <w:t>Leadership Team</w:t>
            </w:r>
          </w:p>
        </w:tc>
        <w:tc>
          <w:tcPr>
            <w:tcW w:w="2340" w:type="dxa"/>
            <w:shd w:val="clear" w:color="auto" w:fill="DDD9C3" w:themeFill="background2" w:themeFillShade="E6"/>
          </w:tcPr>
          <w:p w14:paraId="4B87EC03" w14:textId="69DFF8DE" w:rsidR="000659E3" w:rsidRPr="00F91465" w:rsidRDefault="000659E3" w:rsidP="00EE3899">
            <w:pPr>
              <w:spacing w:after="0" w:line="240" w:lineRule="auto"/>
            </w:pPr>
            <w:r w:rsidRPr="00F91465">
              <w:t>Information</w:t>
            </w:r>
          </w:p>
        </w:tc>
      </w:tr>
      <w:tr w:rsidR="00590CF7" w:rsidRPr="00F91465" w14:paraId="7E79561B" w14:textId="77777777" w:rsidTr="00811EFC">
        <w:tc>
          <w:tcPr>
            <w:tcW w:w="10080" w:type="dxa"/>
            <w:gridSpan w:val="3"/>
          </w:tcPr>
          <w:p w14:paraId="6CADF686" w14:textId="77777777" w:rsidR="00590CF7" w:rsidRPr="00F91465" w:rsidRDefault="00590CF7" w:rsidP="00EE3899">
            <w:pPr>
              <w:spacing w:after="0" w:line="240" w:lineRule="auto"/>
              <w:rPr>
                <w:rFonts w:cstheme="minorHAnsi"/>
                <w:b/>
                <w:bCs/>
              </w:rPr>
            </w:pPr>
            <w:r w:rsidRPr="00F91465">
              <w:rPr>
                <w:rFonts w:cstheme="minorHAnsi"/>
                <w:b/>
                <w:bCs/>
              </w:rPr>
              <w:lastRenderedPageBreak/>
              <w:t>Chief Administrative Officer</w:t>
            </w:r>
          </w:p>
          <w:p w14:paraId="68D769F7" w14:textId="77777777" w:rsidR="00590CF7" w:rsidRPr="00F91465" w:rsidRDefault="00590CF7" w:rsidP="00EE3899">
            <w:pPr>
              <w:spacing w:after="0" w:line="240" w:lineRule="auto"/>
              <w:rPr>
                <w:rFonts w:cstheme="minorHAnsi"/>
              </w:rPr>
            </w:pPr>
            <w:r w:rsidRPr="00F91465">
              <w:rPr>
                <w:rFonts w:cstheme="minorHAnsi"/>
              </w:rPr>
              <w:t xml:space="preserve">Steve Slessor: </w:t>
            </w:r>
          </w:p>
          <w:p w14:paraId="6DE1C909" w14:textId="576E2155" w:rsidR="00590CF7" w:rsidRPr="00F91465" w:rsidRDefault="008500D1" w:rsidP="00EE3899">
            <w:pPr>
              <w:pStyle w:val="ListParagraph"/>
              <w:numPr>
                <w:ilvl w:val="0"/>
                <w:numId w:val="10"/>
              </w:numPr>
              <w:spacing w:after="0" w:line="240" w:lineRule="auto"/>
              <w:rPr>
                <w:rFonts w:cstheme="minorHAnsi"/>
              </w:rPr>
            </w:pPr>
            <w:r w:rsidRPr="00F91465">
              <w:rPr>
                <w:rFonts w:cstheme="minorHAnsi"/>
              </w:rPr>
              <w:t>Kathy’s position has been posted</w:t>
            </w:r>
            <w:r w:rsidR="00157AC6" w:rsidRPr="00F91465">
              <w:rPr>
                <w:rFonts w:cstheme="minorHAnsi"/>
              </w:rPr>
              <w:t>.</w:t>
            </w:r>
            <w:r w:rsidRPr="00F91465">
              <w:rPr>
                <w:rFonts w:cstheme="minorHAnsi"/>
              </w:rPr>
              <w:t xml:space="preserve"> About</w:t>
            </w:r>
            <w:r w:rsidR="00157AC6" w:rsidRPr="00F91465">
              <w:rPr>
                <w:rFonts w:cstheme="minorHAnsi"/>
              </w:rPr>
              <w:t xml:space="preserve"> 7-8 applicants currently. </w:t>
            </w:r>
            <w:r w:rsidR="00F91465">
              <w:rPr>
                <w:rFonts w:cstheme="minorHAnsi"/>
              </w:rPr>
              <w:t>We have begun the i</w:t>
            </w:r>
            <w:r w:rsidRPr="00F91465">
              <w:rPr>
                <w:rFonts w:cstheme="minorHAnsi"/>
              </w:rPr>
              <w:t>nitial screening</w:t>
            </w:r>
            <w:r w:rsidR="00F91465">
              <w:rPr>
                <w:rFonts w:cstheme="minorHAnsi"/>
              </w:rPr>
              <w:t xml:space="preserve"> process and will follow that with interviews</w:t>
            </w:r>
            <w:r w:rsidRPr="00F91465">
              <w:rPr>
                <w:rFonts w:cstheme="minorHAnsi"/>
              </w:rPr>
              <w:t>.</w:t>
            </w:r>
          </w:p>
          <w:p w14:paraId="44FCDAAA" w14:textId="342340C1" w:rsidR="00590CF7" w:rsidRPr="00F91465" w:rsidRDefault="00590CF7" w:rsidP="00EE3899">
            <w:pPr>
              <w:spacing w:after="0" w:line="240" w:lineRule="auto"/>
              <w:rPr>
                <w:rFonts w:cstheme="minorHAnsi"/>
                <w:b/>
                <w:bCs/>
              </w:rPr>
            </w:pPr>
            <w:r w:rsidRPr="00F91465">
              <w:rPr>
                <w:rFonts w:cstheme="minorHAnsi"/>
                <w:b/>
                <w:bCs/>
              </w:rPr>
              <w:t>Chief Financial Officer</w:t>
            </w:r>
          </w:p>
          <w:p w14:paraId="5F6CF722" w14:textId="05C381E8" w:rsidR="00590CF7" w:rsidRPr="00F91465" w:rsidRDefault="00590CF7" w:rsidP="00EE3899">
            <w:pPr>
              <w:spacing w:after="0" w:line="240" w:lineRule="auto"/>
              <w:rPr>
                <w:rFonts w:cstheme="minorHAnsi"/>
              </w:rPr>
            </w:pPr>
            <w:r w:rsidRPr="00F91465">
              <w:rPr>
                <w:rFonts w:cstheme="minorHAnsi"/>
              </w:rPr>
              <w:t>Ben Stevens:</w:t>
            </w:r>
          </w:p>
          <w:p w14:paraId="67F5AB3A" w14:textId="77777777" w:rsidR="008500D1" w:rsidRPr="00F91465" w:rsidRDefault="008500D1" w:rsidP="00E127B6">
            <w:pPr>
              <w:pStyle w:val="ListParagraph"/>
              <w:numPr>
                <w:ilvl w:val="0"/>
                <w:numId w:val="10"/>
              </w:numPr>
              <w:spacing w:after="0" w:line="240" w:lineRule="auto"/>
              <w:rPr>
                <w:rFonts w:cstheme="minorHAnsi"/>
              </w:rPr>
            </w:pPr>
            <w:r w:rsidRPr="00F91465">
              <w:rPr>
                <w:rFonts w:cstheme="minorHAnsi"/>
              </w:rPr>
              <w:t>The business-office supervisor resigned unexpectedly, and leadership is working through the vacancy because the role directly affects revenue-cycle operations and collection of patient payments.</w:t>
            </w:r>
          </w:p>
          <w:p w14:paraId="0F37EC4B" w14:textId="7DE120AE" w:rsidR="008500D1" w:rsidRPr="00F91465" w:rsidRDefault="008500D1" w:rsidP="00E127B6">
            <w:pPr>
              <w:pStyle w:val="ListParagraph"/>
              <w:numPr>
                <w:ilvl w:val="0"/>
                <w:numId w:val="10"/>
              </w:numPr>
              <w:spacing w:after="0" w:line="240" w:lineRule="auto"/>
              <w:rPr>
                <w:rFonts w:cstheme="minorHAnsi"/>
                <w:b/>
                <w:bCs/>
              </w:rPr>
            </w:pPr>
            <w:r w:rsidRPr="00F91465">
              <w:rPr>
                <w:rFonts w:cstheme="minorHAnsi"/>
              </w:rPr>
              <w:t>Maintenance began incremental landscaping improvements on campus.</w:t>
            </w:r>
          </w:p>
          <w:p w14:paraId="73EFC1E2" w14:textId="6D2067B8" w:rsidR="00590CF7" w:rsidRPr="00F91465" w:rsidRDefault="00590CF7" w:rsidP="008500D1">
            <w:pPr>
              <w:spacing w:after="0" w:line="240" w:lineRule="auto"/>
              <w:rPr>
                <w:rFonts w:cstheme="minorHAnsi"/>
                <w:b/>
                <w:bCs/>
              </w:rPr>
            </w:pPr>
            <w:r w:rsidRPr="00F91465">
              <w:rPr>
                <w:rFonts w:cstheme="minorHAnsi"/>
                <w:b/>
                <w:bCs/>
              </w:rPr>
              <w:t>Chief Medical Officer:</w:t>
            </w:r>
          </w:p>
          <w:p w14:paraId="4FEDEA4B" w14:textId="77777777" w:rsidR="00590CF7" w:rsidRPr="00F91465" w:rsidRDefault="00590CF7" w:rsidP="00EE3899">
            <w:pPr>
              <w:spacing w:after="0" w:line="240" w:lineRule="auto"/>
              <w:rPr>
                <w:rFonts w:cstheme="minorHAnsi"/>
              </w:rPr>
            </w:pPr>
            <w:r w:rsidRPr="00F91465">
              <w:rPr>
                <w:rFonts w:cstheme="minorHAnsi"/>
              </w:rPr>
              <w:t>Dr. Thomas Marquardt:</w:t>
            </w:r>
          </w:p>
          <w:p w14:paraId="76E19271" w14:textId="58AF6FC1" w:rsidR="00F91465" w:rsidRPr="00F91465" w:rsidRDefault="00F91465" w:rsidP="00F91465">
            <w:pPr>
              <w:pStyle w:val="ListParagraph"/>
              <w:numPr>
                <w:ilvl w:val="0"/>
                <w:numId w:val="10"/>
              </w:numPr>
              <w:spacing w:after="0" w:line="240" w:lineRule="auto"/>
              <w:rPr>
                <w:rFonts w:cstheme="minorHAnsi"/>
                <w:b/>
                <w:bCs/>
              </w:rPr>
            </w:pPr>
            <w:r w:rsidRPr="00F91465">
              <w:rPr>
                <w:rFonts w:cstheme="minorHAnsi"/>
              </w:rPr>
              <w:t>We continue to see strong interest in our organization from external physicians, which is incredibly encouraging. Most recently, an interested OB/GYN candidate reached out. Scheduling a site visit</w:t>
            </w:r>
            <w:r>
              <w:rPr>
                <w:rFonts w:cstheme="minorHAnsi"/>
              </w:rPr>
              <w:t xml:space="preserve"> with that candidate.</w:t>
            </w:r>
          </w:p>
          <w:p w14:paraId="2EC6F63F" w14:textId="0CB0D4D4" w:rsidR="00590CF7" w:rsidRPr="00F91465" w:rsidRDefault="00590CF7" w:rsidP="00F91465">
            <w:pPr>
              <w:spacing w:after="0" w:line="240" w:lineRule="auto"/>
              <w:rPr>
                <w:rFonts w:cstheme="minorHAnsi"/>
                <w:b/>
                <w:bCs/>
              </w:rPr>
            </w:pPr>
            <w:r w:rsidRPr="00F91465">
              <w:rPr>
                <w:rFonts w:cstheme="minorHAnsi"/>
                <w:b/>
                <w:bCs/>
              </w:rPr>
              <w:t>Chief Nursing Officer</w:t>
            </w:r>
          </w:p>
          <w:p w14:paraId="21E1A25C" w14:textId="77777777" w:rsidR="00590CF7" w:rsidRPr="00F91465" w:rsidRDefault="00590CF7" w:rsidP="00EE3899">
            <w:pPr>
              <w:spacing w:after="0" w:line="240" w:lineRule="auto"/>
              <w:rPr>
                <w:rFonts w:cstheme="minorHAnsi"/>
              </w:rPr>
            </w:pPr>
            <w:r w:rsidRPr="00F91465">
              <w:rPr>
                <w:rFonts w:cstheme="minorHAnsi"/>
              </w:rPr>
              <w:t>Kathy Moritz</w:t>
            </w:r>
          </w:p>
          <w:p w14:paraId="5BED9452" w14:textId="37CF9CA8" w:rsidR="00576F8F" w:rsidRPr="00F91465" w:rsidRDefault="00576F8F" w:rsidP="00EE3899">
            <w:pPr>
              <w:pStyle w:val="ListParagraph"/>
              <w:numPr>
                <w:ilvl w:val="0"/>
                <w:numId w:val="11"/>
              </w:numPr>
              <w:spacing w:after="0" w:line="240" w:lineRule="auto"/>
              <w:rPr>
                <w:rFonts w:cstheme="minorHAnsi"/>
              </w:rPr>
            </w:pPr>
            <w:r w:rsidRPr="00F91465">
              <w:rPr>
                <w:rFonts w:cstheme="minorHAnsi"/>
              </w:rPr>
              <w:t>Steph Hill, an emergency-department RN, received a DAISY Award for a behavioral-health-related patient-care story.</w:t>
            </w:r>
          </w:p>
          <w:p w14:paraId="7DE90E02" w14:textId="71A730C9" w:rsidR="00E127B6" w:rsidRPr="00F91465" w:rsidRDefault="00E127B6" w:rsidP="00EE3899">
            <w:pPr>
              <w:pStyle w:val="ListParagraph"/>
              <w:numPr>
                <w:ilvl w:val="0"/>
                <w:numId w:val="11"/>
              </w:numPr>
              <w:spacing w:after="0" w:line="240" w:lineRule="auto"/>
              <w:rPr>
                <w:rFonts w:cstheme="minorHAnsi"/>
              </w:rPr>
            </w:pPr>
            <w:r w:rsidRPr="00F91465">
              <w:rPr>
                <w:rFonts w:cstheme="minorHAnsi"/>
              </w:rPr>
              <w:t xml:space="preserve">We currently have four </w:t>
            </w:r>
            <w:r w:rsidR="00576F8F" w:rsidRPr="00F91465">
              <w:rPr>
                <w:rFonts w:cstheme="minorHAnsi"/>
              </w:rPr>
              <w:t xml:space="preserve">interested </w:t>
            </w:r>
            <w:r w:rsidRPr="00F91465">
              <w:rPr>
                <w:rFonts w:cstheme="minorHAnsi"/>
              </w:rPr>
              <w:t>CRNA candidates.</w:t>
            </w:r>
            <w:r w:rsidR="00555DAD" w:rsidRPr="00F91465">
              <w:rPr>
                <w:rFonts w:cstheme="minorHAnsi"/>
              </w:rPr>
              <w:t xml:space="preserve"> </w:t>
            </w:r>
          </w:p>
          <w:p w14:paraId="44777FE3" w14:textId="24703D32" w:rsidR="00555DAD" w:rsidRPr="00F91465" w:rsidRDefault="00F91465" w:rsidP="00EE3899">
            <w:pPr>
              <w:pStyle w:val="ListParagraph"/>
              <w:numPr>
                <w:ilvl w:val="0"/>
                <w:numId w:val="11"/>
              </w:numPr>
              <w:spacing w:after="0" w:line="240" w:lineRule="auto"/>
              <w:rPr>
                <w:rFonts w:cstheme="minorHAnsi"/>
              </w:rPr>
            </w:pPr>
            <w:r w:rsidRPr="00F91465">
              <w:rPr>
                <w:rFonts w:cstheme="minorHAnsi"/>
              </w:rPr>
              <w:t xml:space="preserve">Flu vaccines will be available on </w:t>
            </w:r>
            <w:r w:rsidR="00555DAD" w:rsidRPr="00F91465">
              <w:rPr>
                <w:rFonts w:cstheme="minorHAnsi"/>
              </w:rPr>
              <w:t>October 1</w:t>
            </w:r>
            <w:r w:rsidRPr="00F91465">
              <w:rPr>
                <w:rFonts w:cstheme="minorHAnsi"/>
              </w:rPr>
              <w:t>.</w:t>
            </w:r>
          </w:p>
          <w:p w14:paraId="7C5E35FF" w14:textId="0FDEC27C" w:rsidR="00590CF7" w:rsidRPr="00F91465" w:rsidRDefault="00590CF7" w:rsidP="00EE3899">
            <w:pPr>
              <w:spacing w:after="0" w:line="240" w:lineRule="auto"/>
              <w:rPr>
                <w:rFonts w:cstheme="minorHAnsi"/>
                <w:b/>
                <w:bCs/>
              </w:rPr>
            </w:pPr>
            <w:r w:rsidRPr="00F91465">
              <w:rPr>
                <w:rFonts w:cstheme="minorHAnsi"/>
                <w:b/>
                <w:bCs/>
              </w:rPr>
              <w:t>Chief Operating Officer</w:t>
            </w:r>
          </w:p>
          <w:p w14:paraId="454A6242" w14:textId="77777777" w:rsidR="00590CF7" w:rsidRPr="00F91465" w:rsidRDefault="00590CF7" w:rsidP="00EE3899">
            <w:pPr>
              <w:spacing w:after="0" w:line="240" w:lineRule="auto"/>
              <w:rPr>
                <w:rFonts w:cstheme="minorHAnsi"/>
              </w:rPr>
            </w:pPr>
            <w:r w:rsidRPr="00F91465">
              <w:rPr>
                <w:rFonts w:cstheme="minorHAnsi"/>
              </w:rPr>
              <w:t>Dave Rooney:</w:t>
            </w:r>
          </w:p>
          <w:p w14:paraId="02BB7C61" w14:textId="53F91D29" w:rsidR="008500D1" w:rsidRPr="00F91465" w:rsidRDefault="008500D1" w:rsidP="00EE3899">
            <w:pPr>
              <w:pStyle w:val="Header"/>
              <w:numPr>
                <w:ilvl w:val="0"/>
                <w:numId w:val="11"/>
              </w:numPr>
              <w:tabs>
                <w:tab w:val="clear" w:pos="4680"/>
                <w:tab w:val="clear" w:pos="9360"/>
                <w:tab w:val="left" w:pos="720"/>
                <w:tab w:val="center" w:pos="4320"/>
                <w:tab w:val="right" w:pos="8640"/>
              </w:tabs>
              <w:rPr>
                <w:rFonts w:cstheme="minorHAnsi"/>
              </w:rPr>
            </w:pPr>
            <w:r w:rsidRPr="00F91465">
              <w:rPr>
                <w:rFonts w:cstheme="minorHAnsi"/>
              </w:rPr>
              <w:t>Planning continues for new providers Samantha Stor</w:t>
            </w:r>
            <w:r w:rsidR="00057EE5">
              <w:rPr>
                <w:rFonts w:cstheme="minorHAnsi"/>
              </w:rPr>
              <w:t>ts</w:t>
            </w:r>
            <w:r w:rsidRPr="00F91465">
              <w:rPr>
                <w:rFonts w:cstheme="minorHAnsi"/>
              </w:rPr>
              <w:t>, Megan Slattery, and Dr. Killian as they become established.</w:t>
            </w:r>
          </w:p>
          <w:p w14:paraId="028FBEA5" w14:textId="4784CFE2" w:rsidR="008500D1" w:rsidRPr="00F91465" w:rsidRDefault="008500D1" w:rsidP="00EE3899">
            <w:pPr>
              <w:pStyle w:val="Header"/>
              <w:numPr>
                <w:ilvl w:val="0"/>
                <w:numId w:val="11"/>
              </w:numPr>
              <w:tabs>
                <w:tab w:val="clear" w:pos="4680"/>
                <w:tab w:val="clear" w:pos="9360"/>
                <w:tab w:val="left" w:pos="720"/>
                <w:tab w:val="center" w:pos="4320"/>
                <w:tab w:val="right" w:pos="8640"/>
              </w:tabs>
              <w:rPr>
                <w:rFonts w:cstheme="minorHAnsi"/>
              </w:rPr>
            </w:pPr>
            <w:r w:rsidRPr="00F91465">
              <w:rPr>
                <w:rFonts w:cstheme="minorHAnsi"/>
              </w:rPr>
              <w:t>Working to expand ultrasound services</w:t>
            </w:r>
            <w:r w:rsidR="00576F8F" w:rsidRPr="00F91465">
              <w:rPr>
                <w:rFonts w:cstheme="minorHAnsi"/>
              </w:rPr>
              <w:t xml:space="preserve"> to</w:t>
            </w:r>
            <w:r w:rsidR="00576F8F" w:rsidRPr="00F91465">
              <w:rPr>
                <w:rFonts w:cs="Segoe UI"/>
                <w:color w:val="242424"/>
                <w:shd w:val="clear" w:color="auto" w:fill="FFFFFF"/>
              </w:rPr>
              <w:t xml:space="preserve"> </w:t>
            </w:r>
            <w:r w:rsidR="00576F8F" w:rsidRPr="00F91465">
              <w:rPr>
                <w:rFonts w:cstheme="minorHAnsi"/>
              </w:rPr>
              <w:t>provide more late-afternoon radiology appointments.</w:t>
            </w:r>
          </w:p>
          <w:p w14:paraId="3C064D6D" w14:textId="2023E6AD" w:rsidR="00576F8F" w:rsidRPr="00F91465" w:rsidRDefault="00576F8F" w:rsidP="00576F8F">
            <w:pPr>
              <w:pStyle w:val="Header"/>
              <w:numPr>
                <w:ilvl w:val="0"/>
                <w:numId w:val="11"/>
              </w:numPr>
              <w:tabs>
                <w:tab w:val="clear" w:pos="4680"/>
                <w:tab w:val="clear" w:pos="9360"/>
                <w:tab w:val="left" w:pos="720"/>
                <w:tab w:val="center" w:pos="4320"/>
                <w:tab w:val="right" w:pos="8640"/>
              </w:tabs>
              <w:rPr>
                <w:rFonts w:cstheme="minorHAnsi"/>
              </w:rPr>
            </w:pPr>
            <w:r w:rsidRPr="00F91465">
              <w:rPr>
                <w:rFonts w:cstheme="minorHAnsi"/>
              </w:rPr>
              <w:t>Laboratory staffing remains difficult because of limited candidate availability. </w:t>
            </w:r>
          </w:p>
          <w:p w14:paraId="70E2BA4A" w14:textId="586529ED" w:rsidR="00590CF7" w:rsidRPr="00F91465" w:rsidRDefault="00590CF7" w:rsidP="00EE3899">
            <w:pPr>
              <w:pStyle w:val="Header"/>
              <w:tabs>
                <w:tab w:val="clear" w:pos="4680"/>
                <w:tab w:val="clear" w:pos="9360"/>
                <w:tab w:val="left" w:pos="720"/>
                <w:tab w:val="center" w:pos="4320"/>
                <w:tab w:val="right" w:pos="8640"/>
              </w:tabs>
              <w:rPr>
                <w:rFonts w:cstheme="minorHAnsi"/>
                <w:b/>
                <w:bCs/>
              </w:rPr>
            </w:pPr>
            <w:r w:rsidRPr="00F91465">
              <w:rPr>
                <w:rFonts w:cstheme="minorHAnsi"/>
                <w:b/>
                <w:bCs/>
              </w:rPr>
              <w:t>Director of Human Resources</w:t>
            </w:r>
          </w:p>
          <w:p w14:paraId="4511AC28" w14:textId="77777777" w:rsidR="00590CF7" w:rsidRPr="00F91465" w:rsidRDefault="00590CF7" w:rsidP="00EE3899">
            <w:pPr>
              <w:pStyle w:val="Header"/>
              <w:tabs>
                <w:tab w:val="left" w:pos="720"/>
              </w:tabs>
              <w:rPr>
                <w:rFonts w:cstheme="minorHAnsi"/>
              </w:rPr>
            </w:pPr>
            <w:r w:rsidRPr="00F91465">
              <w:rPr>
                <w:rFonts w:cstheme="minorHAnsi"/>
              </w:rPr>
              <w:t>Laurie Bulman</w:t>
            </w:r>
          </w:p>
          <w:p w14:paraId="26329B37" w14:textId="5BCCE3EA" w:rsidR="00555DAD" w:rsidRPr="00F91465" w:rsidRDefault="00F91465" w:rsidP="00F91465">
            <w:pPr>
              <w:pStyle w:val="Header"/>
              <w:numPr>
                <w:ilvl w:val="0"/>
                <w:numId w:val="11"/>
              </w:numPr>
              <w:tabs>
                <w:tab w:val="clear" w:pos="4680"/>
                <w:tab w:val="clear" w:pos="9360"/>
                <w:tab w:val="left" w:pos="720"/>
                <w:tab w:val="center" w:pos="4320"/>
                <w:tab w:val="right" w:pos="8640"/>
              </w:tabs>
              <w:rPr>
                <w:rFonts w:cstheme="minorHAnsi"/>
              </w:rPr>
            </w:pPr>
            <w:r w:rsidRPr="00F91465">
              <w:rPr>
                <w:rFonts w:cstheme="minorHAnsi"/>
              </w:rPr>
              <w:t xml:space="preserve">HR staffing is currently </w:t>
            </w:r>
            <w:r w:rsidR="00057EE5">
              <w:rPr>
                <w:rFonts w:cstheme="minorHAnsi"/>
              </w:rPr>
              <w:t>limted</w:t>
            </w:r>
            <w:r w:rsidRPr="00F91465">
              <w:rPr>
                <w:rFonts w:cstheme="minorHAnsi"/>
              </w:rPr>
              <w:t>, with Tiffany out on maternity leave and one HR Service Partner position remaining open.</w:t>
            </w:r>
          </w:p>
        </w:tc>
      </w:tr>
      <w:tr w:rsidR="000659E3" w:rsidRPr="00F91465" w14:paraId="472BCF85" w14:textId="77777777" w:rsidTr="00D60597">
        <w:tc>
          <w:tcPr>
            <w:tcW w:w="3960" w:type="dxa"/>
            <w:shd w:val="clear" w:color="auto" w:fill="DDD9C3" w:themeFill="background2" w:themeFillShade="E6"/>
          </w:tcPr>
          <w:p w14:paraId="791DF294" w14:textId="66000F72" w:rsidR="000659E3" w:rsidRPr="00F91465" w:rsidRDefault="000659E3" w:rsidP="00EE3899">
            <w:pPr>
              <w:spacing w:after="0" w:line="240" w:lineRule="auto"/>
              <w:rPr>
                <w:b/>
                <w:bCs/>
              </w:rPr>
            </w:pPr>
            <w:r w:rsidRPr="00F91465">
              <w:rPr>
                <w:b/>
                <w:bCs/>
              </w:rPr>
              <w:t>Executive Session</w:t>
            </w:r>
          </w:p>
        </w:tc>
        <w:tc>
          <w:tcPr>
            <w:tcW w:w="3780" w:type="dxa"/>
            <w:shd w:val="clear" w:color="auto" w:fill="DDD9C3" w:themeFill="background2" w:themeFillShade="E6"/>
          </w:tcPr>
          <w:p w14:paraId="0CF00C48" w14:textId="18E83E1B" w:rsidR="000659E3" w:rsidRPr="00F91465" w:rsidRDefault="000659E3" w:rsidP="00EE3899">
            <w:pPr>
              <w:spacing w:after="0" w:line="240" w:lineRule="auto"/>
            </w:pPr>
            <w:r w:rsidRPr="00F91465">
              <w:t>C. Goltz</w:t>
            </w:r>
          </w:p>
        </w:tc>
        <w:tc>
          <w:tcPr>
            <w:tcW w:w="2340" w:type="dxa"/>
            <w:shd w:val="clear" w:color="auto" w:fill="DDD9C3" w:themeFill="background2" w:themeFillShade="E6"/>
          </w:tcPr>
          <w:p w14:paraId="7013EB03" w14:textId="651CB160" w:rsidR="000659E3" w:rsidRPr="00F91465" w:rsidRDefault="000659E3" w:rsidP="00EE3899">
            <w:pPr>
              <w:spacing w:after="0" w:line="240" w:lineRule="auto"/>
            </w:pPr>
            <w:r w:rsidRPr="00F91465">
              <w:t>Approval</w:t>
            </w:r>
          </w:p>
        </w:tc>
      </w:tr>
      <w:tr w:rsidR="00590CF7" w:rsidRPr="00F91465" w14:paraId="641E9F3E" w14:textId="77777777" w:rsidTr="009C036A">
        <w:trPr>
          <w:trHeight w:val="1043"/>
        </w:trPr>
        <w:tc>
          <w:tcPr>
            <w:tcW w:w="10080" w:type="dxa"/>
            <w:gridSpan w:val="3"/>
          </w:tcPr>
          <w:p w14:paraId="0CDF5907" w14:textId="7185E1F3" w:rsidR="00590CF7" w:rsidRPr="009C036A" w:rsidRDefault="00590CF7" w:rsidP="009C036A">
            <w:pPr>
              <w:spacing w:after="0" w:line="240" w:lineRule="auto"/>
              <w:rPr>
                <w:rFonts w:cstheme="minorHAnsi"/>
                <w:bCs/>
              </w:rPr>
            </w:pPr>
            <w:r w:rsidRPr="009C036A">
              <w:rPr>
                <w:rFonts w:cstheme="minorHAnsi"/>
                <w:bCs/>
              </w:rPr>
              <w:t xml:space="preserve">At </w:t>
            </w:r>
            <w:r w:rsidR="005E5D73" w:rsidRPr="009C036A">
              <w:rPr>
                <w:rFonts w:cstheme="minorHAnsi"/>
                <w:bCs/>
              </w:rPr>
              <w:t>4:10</w:t>
            </w:r>
            <w:r w:rsidRPr="009C036A">
              <w:rPr>
                <w:rFonts w:cstheme="minorHAnsi"/>
                <w:bCs/>
              </w:rPr>
              <w:t xml:space="preserve"> p.m., Board members went into Closed Session pursuant to Iowa code 21.5 (l) To discuss patient care quality and process improvement initiatives in a meeting of a public hospital.</w:t>
            </w:r>
          </w:p>
          <w:p w14:paraId="59AD3031" w14:textId="31C121A4" w:rsidR="00590CF7" w:rsidRPr="00F91465" w:rsidRDefault="00590CF7" w:rsidP="009C036A">
            <w:pPr>
              <w:spacing w:after="0" w:line="240" w:lineRule="auto"/>
            </w:pPr>
            <w:r w:rsidRPr="009C036A">
              <w:rPr>
                <w:rFonts w:cstheme="minorHAnsi"/>
                <w:b/>
              </w:rPr>
              <w:t>Motion:</w:t>
            </w:r>
            <w:r w:rsidRPr="009C036A">
              <w:rPr>
                <w:rFonts w:cstheme="minorHAnsi"/>
                <w:bCs/>
              </w:rPr>
              <w:t xml:space="preserve"> Made by </w:t>
            </w:r>
            <w:r w:rsidR="005E5D73" w:rsidRPr="009C036A">
              <w:rPr>
                <w:rFonts w:cstheme="minorHAnsi"/>
                <w:bCs/>
              </w:rPr>
              <w:t>Britt Rhodes</w:t>
            </w:r>
            <w:r w:rsidRPr="009C036A">
              <w:rPr>
                <w:rFonts w:cstheme="minorHAnsi"/>
                <w:bCs/>
              </w:rPr>
              <w:t xml:space="preserve">, seconded by </w:t>
            </w:r>
            <w:r w:rsidR="005E5D73" w:rsidRPr="009C036A">
              <w:rPr>
                <w:rFonts w:cstheme="minorHAnsi"/>
                <w:bCs/>
              </w:rPr>
              <w:t>Bekah Krueger</w:t>
            </w:r>
            <w:r w:rsidRPr="009C036A">
              <w:rPr>
                <w:rFonts w:cstheme="minorHAnsi"/>
                <w:bCs/>
              </w:rPr>
              <w:t xml:space="preserve"> to enter a Closed Session.  Roll Call Vote: Krueger, aye; Rhodes, aye; McLean, aye; Clark, aye; Heikes, aye; Gullekson, aye. Motion carried.</w:t>
            </w:r>
          </w:p>
        </w:tc>
      </w:tr>
      <w:tr w:rsidR="000659E3" w:rsidRPr="00F91465" w14:paraId="64F66A7F" w14:textId="77777777" w:rsidTr="00130051">
        <w:tc>
          <w:tcPr>
            <w:tcW w:w="3960" w:type="dxa"/>
            <w:shd w:val="clear" w:color="auto" w:fill="DDD9C3" w:themeFill="background2" w:themeFillShade="E6"/>
          </w:tcPr>
          <w:p w14:paraId="76C4FDDA" w14:textId="63E464EC" w:rsidR="000659E3" w:rsidRPr="00F91465" w:rsidRDefault="000659E3" w:rsidP="00EE3899">
            <w:pPr>
              <w:spacing w:after="0" w:line="240" w:lineRule="auto"/>
              <w:rPr>
                <w:b/>
                <w:bCs/>
              </w:rPr>
            </w:pPr>
            <w:r w:rsidRPr="00F91465">
              <w:rPr>
                <w:b/>
                <w:bCs/>
              </w:rPr>
              <w:t>Return to Regular Session</w:t>
            </w:r>
          </w:p>
        </w:tc>
        <w:tc>
          <w:tcPr>
            <w:tcW w:w="3780" w:type="dxa"/>
            <w:shd w:val="clear" w:color="auto" w:fill="DDD9C3" w:themeFill="background2" w:themeFillShade="E6"/>
          </w:tcPr>
          <w:p w14:paraId="7E4B7A8B" w14:textId="3E8E8D32" w:rsidR="000659E3" w:rsidRPr="00F91465" w:rsidRDefault="000659E3" w:rsidP="00EE3899">
            <w:pPr>
              <w:spacing w:after="0" w:line="240" w:lineRule="auto"/>
            </w:pPr>
            <w:r w:rsidRPr="00F91465">
              <w:t>C. Goltz</w:t>
            </w:r>
          </w:p>
        </w:tc>
        <w:tc>
          <w:tcPr>
            <w:tcW w:w="2340" w:type="dxa"/>
            <w:shd w:val="clear" w:color="auto" w:fill="DDD9C3" w:themeFill="background2" w:themeFillShade="E6"/>
          </w:tcPr>
          <w:p w14:paraId="30A92B7F" w14:textId="0AFD1844" w:rsidR="000659E3" w:rsidRPr="00F91465" w:rsidRDefault="000659E3" w:rsidP="00EE3899">
            <w:pPr>
              <w:spacing w:after="0" w:line="240" w:lineRule="auto"/>
            </w:pPr>
          </w:p>
        </w:tc>
      </w:tr>
      <w:tr w:rsidR="00590CF7" w:rsidRPr="00F91465" w14:paraId="5ED2CEA2" w14:textId="77777777" w:rsidTr="00811EFC">
        <w:tc>
          <w:tcPr>
            <w:tcW w:w="10080" w:type="dxa"/>
            <w:gridSpan w:val="3"/>
          </w:tcPr>
          <w:p w14:paraId="69182866" w14:textId="2E86F4EC" w:rsidR="00590CF7" w:rsidRPr="00F91465" w:rsidRDefault="00590CF7" w:rsidP="00EE3899">
            <w:pPr>
              <w:spacing w:after="0" w:line="240" w:lineRule="auto"/>
            </w:pPr>
            <w:r w:rsidRPr="00F91465">
              <w:rPr>
                <w:rFonts w:cstheme="minorHAnsi"/>
                <w:bCs/>
              </w:rPr>
              <w:t xml:space="preserve">At </w:t>
            </w:r>
            <w:r w:rsidR="00F91465" w:rsidRPr="00F91465">
              <w:rPr>
                <w:rFonts w:cstheme="minorHAnsi"/>
                <w:bCs/>
              </w:rPr>
              <w:t>4:24</w:t>
            </w:r>
            <w:r w:rsidRPr="00F91465">
              <w:rPr>
                <w:rFonts w:cstheme="minorHAnsi"/>
                <w:bCs/>
              </w:rPr>
              <w:t xml:space="preserve"> p.m.</w:t>
            </w:r>
            <w:r w:rsidRPr="00F91465">
              <w:rPr>
                <w:rFonts w:cstheme="minorHAnsi"/>
              </w:rPr>
              <w:t xml:space="preserve"> Board members returned to the regular session.  </w:t>
            </w:r>
          </w:p>
        </w:tc>
      </w:tr>
      <w:tr w:rsidR="00496668" w:rsidRPr="00F91465" w14:paraId="5BDD2BB3" w14:textId="77777777" w:rsidTr="004D7973">
        <w:tc>
          <w:tcPr>
            <w:tcW w:w="3960" w:type="dxa"/>
            <w:shd w:val="clear" w:color="auto" w:fill="DDD9C3" w:themeFill="background2" w:themeFillShade="E6"/>
          </w:tcPr>
          <w:p w14:paraId="6001A497" w14:textId="77777777" w:rsidR="00496668" w:rsidRPr="00F91465" w:rsidRDefault="00496668" w:rsidP="00496668">
            <w:pPr>
              <w:spacing w:after="0" w:line="240" w:lineRule="auto"/>
              <w:rPr>
                <w:b/>
                <w:bCs/>
              </w:rPr>
            </w:pPr>
            <w:r w:rsidRPr="00F91465">
              <w:rPr>
                <w:b/>
                <w:bCs/>
              </w:rPr>
              <w:t xml:space="preserve">WinnMed Critical Access Hospital Annual Program Evaluation &amp; </w:t>
            </w:r>
          </w:p>
          <w:p w14:paraId="53DD3531" w14:textId="3A1417B0" w:rsidR="00496668" w:rsidRPr="00F91465" w:rsidRDefault="00496668" w:rsidP="00496668">
            <w:pPr>
              <w:spacing w:after="0" w:line="240" w:lineRule="auto"/>
              <w:rPr>
                <w:b/>
                <w:bCs/>
              </w:rPr>
            </w:pPr>
            <w:r w:rsidRPr="00F91465">
              <w:rPr>
                <w:b/>
                <w:bCs/>
              </w:rPr>
              <w:t>Quality Review FY26</w:t>
            </w:r>
          </w:p>
        </w:tc>
        <w:tc>
          <w:tcPr>
            <w:tcW w:w="3780" w:type="dxa"/>
            <w:shd w:val="clear" w:color="auto" w:fill="DDD9C3" w:themeFill="background2" w:themeFillShade="E6"/>
          </w:tcPr>
          <w:p w14:paraId="684E8CA3" w14:textId="115D4175" w:rsidR="00496668" w:rsidRPr="00F91465" w:rsidRDefault="00496668" w:rsidP="00496668">
            <w:pPr>
              <w:spacing w:after="0" w:line="240" w:lineRule="auto"/>
            </w:pPr>
            <w:r w:rsidRPr="00F91465">
              <w:t>C. Goltz</w:t>
            </w:r>
          </w:p>
        </w:tc>
        <w:tc>
          <w:tcPr>
            <w:tcW w:w="2340" w:type="dxa"/>
            <w:shd w:val="clear" w:color="auto" w:fill="DDD9C3" w:themeFill="background2" w:themeFillShade="E6"/>
          </w:tcPr>
          <w:p w14:paraId="28764260" w14:textId="41A4EF75" w:rsidR="00496668" w:rsidRPr="00F91465" w:rsidRDefault="00496668" w:rsidP="00496668">
            <w:pPr>
              <w:spacing w:after="0" w:line="240" w:lineRule="auto"/>
            </w:pPr>
            <w:r w:rsidRPr="00F91465">
              <w:t>Approval</w:t>
            </w:r>
          </w:p>
        </w:tc>
      </w:tr>
      <w:tr w:rsidR="005E5D73" w:rsidRPr="00F91465" w14:paraId="400EB6B3" w14:textId="77777777" w:rsidTr="005E5D73">
        <w:tc>
          <w:tcPr>
            <w:tcW w:w="10080" w:type="dxa"/>
            <w:gridSpan w:val="3"/>
          </w:tcPr>
          <w:p w14:paraId="5E7EC314" w14:textId="49A4630E" w:rsidR="005E5D73" w:rsidRPr="00F91465" w:rsidRDefault="005E5D73" w:rsidP="00496668">
            <w:pPr>
              <w:spacing w:after="0" w:line="240" w:lineRule="auto"/>
            </w:pPr>
            <w:r w:rsidRPr="00F91465">
              <w:rPr>
                <w:rFonts w:cstheme="minorHAnsi"/>
                <w:b/>
                <w:bCs/>
              </w:rPr>
              <w:t>Action:</w:t>
            </w:r>
            <w:r w:rsidRPr="00F91465">
              <w:rPr>
                <w:rFonts w:cstheme="minorHAnsi"/>
              </w:rPr>
              <w:t xml:space="preserve"> Motion made by </w:t>
            </w:r>
            <w:r w:rsidR="008232C0" w:rsidRPr="00F91465">
              <w:rPr>
                <w:rFonts w:cstheme="minorHAnsi"/>
              </w:rPr>
              <w:t>Karen McLean</w:t>
            </w:r>
            <w:r w:rsidRPr="00F91465">
              <w:rPr>
                <w:rFonts w:cstheme="minorHAnsi"/>
              </w:rPr>
              <w:t xml:space="preserve">, seconded by </w:t>
            </w:r>
            <w:r w:rsidR="008232C0" w:rsidRPr="00F91465">
              <w:rPr>
                <w:rFonts w:cstheme="minorHAnsi"/>
              </w:rPr>
              <w:t>Britt Rhodes</w:t>
            </w:r>
            <w:r w:rsidRPr="00F91465">
              <w:rPr>
                <w:rFonts w:cstheme="minorHAnsi"/>
              </w:rPr>
              <w:t xml:space="preserve">, to approve the CAH Evaluation and Quality Review </w:t>
            </w:r>
            <w:r w:rsidR="00F91465" w:rsidRPr="00F91465">
              <w:rPr>
                <w:rFonts w:cstheme="minorHAnsi"/>
              </w:rPr>
              <w:t xml:space="preserve">for </w:t>
            </w:r>
            <w:r w:rsidRPr="00F91465">
              <w:rPr>
                <w:rFonts w:cstheme="minorHAnsi"/>
              </w:rPr>
              <w:t>FY26 as presented.  All voting, aye. Motion carried.</w:t>
            </w:r>
          </w:p>
        </w:tc>
      </w:tr>
      <w:tr w:rsidR="00496668" w:rsidRPr="00F91465" w14:paraId="5ECE267D" w14:textId="77777777" w:rsidTr="004D7973">
        <w:tc>
          <w:tcPr>
            <w:tcW w:w="3960" w:type="dxa"/>
            <w:shd w:val="clear" w:color="auto" w:fill="DDD9C3" w:themeFill="background2" w:themeFillShade="E6"/>
          </w:tcPr>
          <w:p w14:paraId="06C388FF" w14:textId="1BA3A994" w:rsidR="00496668" w:rsidRPr="00F91465" w:rsidRDefault="00496668" w:rsidP="00496668">
            <w:pPr>
              <w:spacing w:after="0" w:line="240" w:lineRule="auto"/>
              <w:rPr>
                <w:rFonts w:cs="Arial"/>
              </w:rPr>
            </w:pPr>
            <w:r w:rsidRPr="00F91465">
              <w:rPr>
                <w:b/>
                <w:bCs/>
              </w:rPr>
              <w:t>Spring Grove Annual Report</w:t>
            </w:r>
          </w:p>
        </w:tc>
        <w:tc>
          <w:tcPr>
            <w:tcW w:w="3780" w:type="dxa"/>
            <w:shd w:val="clear" w:color="auto" w:fill="DDD9C3" w:themeFill="background2" w:themeFillShade="E6"/>
          </w:tcPr>
          <w:p w14:paraId="166B54F6" w14:textId="4A58A65D" w:rsidR="00496668" w:rsidRPr="00F91465" w:rsidRDefault="00496668" w:rsidP="00496668">
            <w:pPr>
              <w:spacing w:after="0" w:line="240" w:lineRule="auto"/>
            </w:pPr>
            <w:r w:rsidRPr="00F91465">
              <w:t>C. Goltz</w:t>
            </w:r>
          </w:p>
        </w:tc>
        <w:tc>
          <w:tcPr>
            <w:tcW w:w="2340" w:type="dxa"/>
            <w:shd w:val="clear" w:color="auto" w:fill="DDD9C3" w:themeFill="background2" w:themeFillShade="E6"/>
          </w:tcPr>
          <w:p w14:paraId="2EA72F4B" w14:textId="45F3105B" w:rsidR="00496668" w:rsidRPr="00F91465" w:rsidRDefault="00496668" w:rsidP="00496668">
            <w:pPr>
              <w:spacing w:after="0" w:line="240" w:lineRule="auto"/>
            </w:pPr>
            <w:r w:rsidRPr="00F91465">
              <w:t>Approval</w:t>
            </w:r>
          </w:p>
        </w:tc>
      </w:tr>
      <w:tr w:rsidR="005E5D73" w:rsidRPr="00F91465" w14:paraId="2251D1FA" w14:textId="77777777" w:rsidTr="005E5D73">
        <w:tc>
          <w:tcPr>
            <w:tcW w:w="10080" w:type="dxa"/>
            <w:gridSpan w:val="3"/>
          </w:tcPr>
          <w:p w14:paraId="0C89ECE5" w14:textId="3590254D" w:rsidR="005E5D73" w:rsidRPr="00F91465" w:rsidRDefault="005E5D73" w:rsidP="00496668">
            <w:pPr>
              <w:spacing w:after="0" w:line="240" w:lineRule="auto"/>
            </w:pPr>
            <w:r w:rsidRPr="00F91465">
              <w:rPr>
                <w:rFonts w:cstheme="minorHAnsi"/>
                <w:b/>
                <w:bCs/>
              </w:rPr>
              <w:t>Action:</w:t>
            </w:r>
            <w:r w:rsidRPr="00F91465">
              <w:rPr>
                <w:rFonts w:cstheme="minorHAnsi"/>
              </w:rPr>
              <w:t xml:space="preserve"> Motion made by </w:t>
            </w:r>
            <w:r w:rsidR="008232C0" w:rsidRPr="00F91465">
              <w:rPr>
                <w:rFonts w:cstheme="minorHAnsi"/>
              </w:rPr>
              <w:t>Jan Heikes</w:t>
            </w:r>
            <w:r w:rsidRPr="00F91465">
              <w:rPr>
                <w:rFonts w:cstheme="minorHAnsi"/>
              </w:rPr>
              <w:t>, seconded by</w:t>
            </w:r>
            <w:r w:rsidR="008232C0" w:rsidRPr="00F91465">
              <w:rPr>
                <w:rFonts w:cstheme="minorHAnsi"/>
              </w:rPr>
              <w:t xml:space="preserve"> Britt Rhodes</w:t>
            </w:r>
            <w:r w:rsidRPr="00F91465">
              <w:rPr>
                <w:rFonts w:cstheme="minorHAnsi"/>
              </w:rPr>
              <w:t xml:space="preserve">, to approve the annual Spring Grove </w:t>
            </w:r>
            <w:r w:rsidR="00F91465" w:rsidRPr="00F91465">
              <w:rPr>
                <w:rFonts w:cstheme="minorHAnsi"/>
              </w:rPr>
              <w:t>r</w:t>
            </w:r>
            <w:r w:rsidRPr="00F91465">
              <w:rPr>
                <w:rFonts w:cstheme="minorHAnsi"/>
              </w:rPr>
              <w:t>eport as presented. All voting, aye. Motion carried.</w:t>
            </w:r>
          </w:p>
        </w:tc>
      </w:tr>
      <w:tr w:rsidR="000659E3" w:rsidRPr="00F91465" w14:paraId="033BCE1B" w14:textId="77777777" w:rsidTr="004D7973">
        <w:tc>
          <w:tcPr>
            <w:tcW w:w="3960" w:type="dxa"/>
            <w:shd w:val="clear" w:color="auto" w:fill="DDD9C3" w:themeFill="background2" w:themeFillShade="E6"/>
          </w:tcPr>
          <w:p w14:paraId="5C606F4A" w14:textId="269C5FAA" w:rsidR="000659E3" w:rsidRPr="00F91465" w:rsidRDefault="000659E3" w:rsidP="00EE3899">
            <w:pPr>
              <w:spacing w:after="0" w:line="240" w:lineRule="auto"/>
              <w:rPr>
                <w:b/>
                <w:bCs/>
              </w:rPr>
            </w:pPr>
            <w:r w:rsidRPr="00F91465">
              <w:rPr>
                <w:b/>
                <w:bCs/>
              </w:rPr>
              <w:t>Adjournment</w:t>
            </w:r>
          </w:p>
        </w:tc>
        <w:tc>
          <w:tcPr>
            <w:tcW w:w="3780" w:type="dxa"/>
            <w:shd w:val="clear" w:color="auto" w:fill="DDD9C3" w:themeFill="background2" w:themeFillShade="E6"/>
          </w:tcPr>
          <w:p w14:paraId="7A9A4BF6" w14:textId="3BFA6F79" w:rsidR="000659E3" w:rsidRPr="00F91465" w:rsidRDefault="000659E3" w:rsidP="00EE3899">
            <w:pPr>
              <w:spacing w:after="0" w:line="240" w:lineRule="auto"/>
            </w:pPr>
            <w:r w:rsidRPr="00F91465">
              <w:t>C. Goltz</w:t>
            </w:r>
          </w:p>
        </w:tc>
        <w:tc>
          <w:tcPr>
            <w:tcW w:w="2340" w:type="dxa"/>
            <w:shd w:val="clear" w:color="auto" w:fill="DDD9C3" w:themeFill="background2" w:themeFillShade="E6"/>
          </w:tcPr>
          <w:p w14:paraId="0C6113A8" w14:textId="05793A3C" w:rsidR="000659E3" w:rsidRPr="00F91465" w:rsidRDefault="000659E3" w:rsidP="00EE3899">
            <w:pPr>
              <w:spacing w:after="0" w:line="240" w:lineRule="auto"/>
            </w:pPr>
            <w:r w:rsidRPr="00F91465">
              <w:t>Approval</w:t>
            </w:r>
          </w:p>
        </w:tc>
      </w:tr>
      <w:tr w:rsidR="00590CF7" w:rsidRPr="00F91465" w14:paraId="0C2EFA7B" w14:textId="77777777" w:rsidTr="00811EFC">
        <w:tc>
          <w:tcPr>
            <w:tcW w:w="10080" w:type="dxa"/>
            <w:gridSpan w:val="3"/>
          </w:tcPr>
          <w:p w14:paraId="5B164913" w14:textId="00FE4DA0" w:rsidR="00496668" w:rsidRPr="00F91465" w:rsidRDefault="00496668" w:rsidP="00EE3899">
            <w:pPr>
              <w:pStyle w:val="Header"/>
              <w:tabs>
                <w:tab w:val="left" w:pos="720"/>
              </w:tabs>
              <w:rPr>
                <w:rFonts w:cs="Arial"/>
              </w:rPr>
            </w:pPr>
            <w:r w:rsidRPr="00F91465">
              <w:rPr>
                <w:rFonts w:cs="Arial"/>
              </w:rPr>
              <w:t>Next Meeting Date (October 14, 2026 – Meeting Rm B3)</w:t>
            </w:r>
          </w:p>
          <w:p w14:paraId="075D9A6B" w14:textId="527E4AB4" w:rsidR="00496668" w:rsidRPr="00F91465" w:rsidRDefault="00496668" w:rsidP="00EE3899">
            <w:pPr>
              <w:pStyle w:val="Header"/>
              <w:tabs>
                <w:tab w:val="left" w:pos="720"/>
              </w:tabs>
              <w:rPr>
                <w:rFonts w:cs="Arial"/>
              </w:rPr>
            </w:pPr>
            <w:r w:rsidRPr="00F91465">
              <w:rPr>
                <w:rFonts w:cs="Arial"/>
              </w:rPr>
              <w:t>September Meetings:</w:t>
            </w:r>
          </w:p>
          <w:p w14:paraId="5C0752B1" w14:textId="77777777" w:rsidR="00496668" w:rsidRPr="00F91465" w:rsidRDefault="00496668" w:rsidP="00496668">
            <w:pPr>
              <w:pStyle w:val="ListParagraph"/>
              <w:numPr>
                <w:ilvl w:val="1"/>
                <w:numId w:val="12"/>
              </w:numPr>
              <w:tabs>
                <w:tab w:val="right" w:leader="dot" w:pos="8280"/>
                <w:tab w:val="left" w:pos="8460"/>
              </w:tabs>
              <w:spacing w:after="0"/>
              <w:rPr>
                <w:rFonts w:cs="Arial"/>
              </w:rPr>
            </w:pPr>
            <w:r w:rsidRPr="00F91465">
              <w:rPr>
                <w:rFonts w:cs="Arial"/>
              </w:rPr>
              <w:lastRenderedPageBreak/>
              <w:t>Community Picnic – September 24, 2026</w:t>
            </w:r>
          </w:p>
          <w:p w14:paraId="448B9FFF" w14:textId="3917E272" w:rsidR="00496668" w:rsidRPr="00F91465" w:rsidRDefault="00496668" w:rsidP="00496668">
            <w:pPr>
              <w:pStyle w:val="ListParagraph"/>
              <w:numPr>
                <w:ilvl w:val="1"/>
                <w:numId w:val="12"/>
              </w:numPr>
              <w:tabs>
                <w:tab w:val="right" w:leader="dot" w:pos="8280"/>
                <w:tab w:val="left" w:pos="8460"/>
              </w:tabs>
              <w:spacing w:after="0"/>
              <w:rPr>
                <w:rFonts w:cs="Arial"/>
              </w:rPr>
            </w:pPr>
            <w:r w:rsidRPr="00F91465">
              <w:rPr>
                <w:rFonts w:cs="Arial"/>
              </w:rPr>
              <w:t>Finance Committee – September 25, 2026</w:t>
            </w:r>
          </w:p>
          <w:p w14:paraId="43D2E1D8" w14:textId="43E1BFD1" w:rsidR="00590CF7" w:rsidRPr="00F91465" w:rsidRDefault="00590CF7" w:rsidP="00EE3899">
            <w:pPr>
              <w:pStyle w:val="Header"/>
              <w:tabs>
                <w:tab w:val="left" w:pos="720"/>
              </w:tabs>
            </w:pPr>
            <w:r w:rsidRPr="00F91465">
              <w:rPr>
                <w:rFonts w:cstheme="minorHAnsi"/>
                <w:b/>
                <w:bCs/>
              </w:rPr>
              <w:t>Action</w:t>
            </w:r>
            <w:r w:rsidRPr="00F91465">
              <w:rPr>
                <w:rFonts w:cstheme="minorHAnsi"/>
              </w:rPr>
              <w:t xml:space="preserve">: Motion made by </w:t>
            </w:r>
            <w:r w:rsidR="008232C0" w:rsidRPr="00F91465">
              <w:rPr>
                <w:rFonts w:cstheme="minorHAnsi"/>
              </w:rPr>
              <w:t>Britt Rhodes</w:t>
            </w:r>
            <w:r w:rsidRPr="00F91465">
              <w:rPr>
                <w:rFonts w:cstheme="minorHAnsi"/>
              </w:rPr>
              <w:t xml:space="preserve">, seconded by </w:t>
            </w:r>
            <w:r w:rsidR="008232C0" w:rsidRPr="00F91465">
              <w:rPr>
                <w:rFonts w:cstheme="minorHAnsi"/>
              </w:rPr>
              <w:t>Bekah Krueger</w:t>
            </w:r>
            <w:r w:rsidRPr="00F91465">
              <w:rPr>
                <w:rFonts w:cstheme="minorHAnsi"/>
              </w:rPr>
              <w:t xml:space="preserve"> to adjourn the meeting.  All voting, aye. Motion carried.</w:t>
            </w:r>
          </w:p>
        </w:tc>
      </w:tr>
    </w:tbl>
    <w:p w14:paraId="285E8C85" w14:textId="77777777" w:rsidR="00574EE7" w:rsidRPr="00F91465" w:rsidRDefault="00574EE7" w:rsidP="00EE3899">
      <w:pPr>
        <w:spacing w:line="240" w:lineRule="auto"/>
      </w:pPr>
    </w:p>
    <w:p w14:paraId="6B9A222C" w14:textId="77777777" w:rsidR="00811EFC" w:rsidRPr="00F91465" w:rsidRDefault="00811EFC" w:rsidP="00EE3899">
      <w:pPr>
        <w:pStyle w:val="Footer"/>
        <w:rPr>
          <w:rFonts w:cstheme="minorHAnsi"/>
        </w:rPr>
      </w:pPr>
      <w:r w:rsidRPr="00F91465">
        <w:rPr>
          <w:rFonts w:cstheme="minorHAnsi"/>
          <w:b/>
        </w:rPr>
        <w:t xml:space="preserve">Members || </w:t>
      </w:r>
      <w:r w:rsidRPr="00F91465">
        <w:rPr>
          <w:rFonts w:cstheme="minorHAnsi"/>
        </w:rPr>
        <w:t>O = Absent, X = Present</w:t>
      </w:r>
      <w:r w:rsidRPr="00F91465">
        <w:rPr>
          <w:rFonts w:cstheme="minorHAnsi"/>
          <w:b/>
        </w:rPr>
        <w:tab/>
      </w:r>
    </w:p>
    <w:tbl>
      <w:tblPr>
        <w:tblW w:w="101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800"/>
        <w:gridCol w:w="360"/>
        <w:gridCol w:w="1890"/>
        <w:gridCol w:w="450"/>
        <w:gridCol w:w="2430"/>
        <w:gridCol w:w="360"/>
        <w:gridCol w:w="2430"/>
        <w:gridCol w:w="450"/>
      </w:tblGrid>
      <w:tr w:rsidR="00811EFC" w:rsidRPr="00F91465" w14:paraId="48D50ACC" w14:textId="77777777" w:rsidTr="002267E0">
        <w:trPr>
          <w:trHeight w:val="818"/>
        </w:trPr>
        <w:tc>
          <w:tcPr>
            <w:tcW w:w="1800" w:type="dxa"/>
            <w:tcBorders>
              <w:top w:val="single" w:sz="4" w:space="0" w:color="808080"/>
              <w:left w:val="single" w:sz="4" w:space="0" w:color="808080"/>
              <w:bottom w:val="single" w:sz="4" w:space="0" w:color="808080"/>
              <w:right w:val="single" w:sz="4" w:space="0" w:color="808080"/>
            </w:tcBorders>
            <w:hideMark/>
          </w:tcPr>
          <w:p w14:paraId="131DEA53" w14:textId="77777777" w:rsidR="00811EFC" w:rsidRPr="00F91465" w:rsidRDefault="00811EFC" w:rsidP="00EE3899">
            <w:pPr>
              <w:spacing w:after="0" w:line="240" w:lineRule="auto"/>
            </w:pPr>
            <w:r w:rsidRPr="00F91465">
              <w:t xml:space="preserve">Clark Goltz, Chairman </w:t>
            </w:r>
          </w:p>
        </w:tc>
        <w:tc>
          <w:tcPr>
            <w:tcW w:w="360" w:type="dxa"/>
            <w:tcBorders>
              <w:top w:val="single" w:sz="4" w:space="0" w:color="808080"/>
              <w:left w:val="single" w:sz="4" w:space="0" w:color="808080"/>
              <w:bottom w:val="single" w:sz="4" w:space="0" w:color="808080"/>
              <w:right w:val="single" w:sz="4" w:space="0" w:color="808080"/>
            </w:tcBorders>
            <w:vAlign w:val="center"/>
          </w:tcPr>
          <w:p w14:paraId="7DB31AD6" w14:textId="77777777" w:rsidR="00811EFC" w:rsidRPr="00F91465" w:rsidRDefault="00811EFC" w:rsidP="00EE3899">
            <w:pPr>
              <w:spacing w:line="240" w:lineRule="auto"/>
            </w:pPr>
            <w:r w:rsidRPr="00F91465">
              <w:t>X</w:t>
            </w:r>
          </w:p>
        </w:tc>
        <w:tc>
          <w:tcPr>
            <w:tcW w:w="1890" w:type="dxa"/>
            <w:tcBorders>
              <w:top w:val="single" w:sz="4" w:space="0" w:color="808080"/>
              <w:left w:val="single" w:sz="4" w:space="0" w:color="808080"/>
              <w:bottom w:val="single" w:sz="4" w:space="0" w:color="808080"/>
              <w:right w:val="single" w:sz="4" w:space="0" w:color="808080"/>
            </w:tcBorders>
          </w:tcPr>
          <w:p w14:paraId="5B1975C8" w14:textId="77777777" w:rsidR="00811EFC" w:rsidRPr="00F91465" w:rsidRDefault="00811EFC" w:rsidP="00EE3899">
            <w:pPr>
              <w:spacing w:after="0" w:line="240" w:lineRule="auto"/>
            </w:pPr>
            <w:r w:rsidRPr="00F91465">
              <w:t xml:space="preserve">Jan Heikes, </w:t>
            </w:r>
          </w:p>
          <w:p w14:paraId="7AC8652D" w14:textId="77777777" w:rsidR="00811EFC" w:rsidRPr="00F91465" w:rsidRDefault="00811EFC" w:rsidP="00EE3899">
            <w:pPr>
              <w:spacing w:after="0" w:line="240" w:lineRule="auto"/>
            </w:pPr>
            <w:r w:rsidRPr="00F91465">
              <w:t xml:space="preserve">Board member </w:t>
            </w:r>
          </w:p>
        </w:tc>
        <w:tc>
          <w:tcPr>
            <w:tcW w:w="450" w:type="dxa"/>
            <w:tcBorders>
              <w:top w:val="single" w:sz="4" w:space="0" w:color="808080"/>
              <w:left w:val="single" w:sz="4" w:space="0" w:color="808080"/>
              <w:bottom w:val="single" w:sz="4" w:space="0" w:color="808080"/>
              <w:right w:val="single" w:sz="4" w:space="0" w:color="808080"/>
            </w:tcBorders>
            <w:vAlign w:val="center"/>
          </w:tcPr>
          <w:p w14:paraId="74DE6249" w14:textId="77777777" w:rsidR="00811EFC" w:rsidRPr="00F91465" w:rsidRDefault="00811EFC"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126D7CF0" w14:textId="77777777" w:rsidR="00811EFC" w:rsidRPr="00F91465" w:rsidRDefault="00811EFC" w:rsidP="00EE3899">
            <w:pPr>
              <w:spacing w:after="0" w:line="240" w:lineRule="auto"/>
            </w:pPr>
            <w:r w:rsidRPr="00F91465">
              <w:t xml:space="preserve">Thomas Marquardt, DPM, </w:t>
            </w:r>
          </w:p>
          <w:p w14:paraId="0D5EC4C1" w14:textId="77777777" w:rsidR="00811EFC" w:rsidRPr="00F91465" w:rsidRDefault="00811EFC" w:rsidP="00EE3899">
            <w:pPr>
              <w:spacing w:after="0" w:line="240" w:lineRule="auto"/>
            </w:pPr>
            <w:r w:rsidRPr="00F91465">
              <w:t xml:space="preserve">Chief Medical Officer </w:t>
            </w:r>
          </w:p>
        </w:tc>
        <w:tc>
          <w:tcPr>
            <w:tcW w:w="360" w:type="dxa"/>
            <w:tcBorders>
              <w:top w:val="single" w:sz="4" w:space="0" w:color="808080"/>
              <w:left w:val="single" w:sz="4" w:space="0" w:color="808080"/>
              <w:bottom w:val="single" w:sz="4" w:space="0" w:color="808080"/>
              <w:right w:val="single" w:sz="4" w:space="0" w:color="808080"/>
            </w:tcBorders>
            <w:vAlign w:val="center"/>
          </w:tcPr>
          <w:p w14:paraId="07AED11F" w14:textId="77777777" w:rsidR="00811EFC" w:rsidRPr="00F91465" w:rsidRDefault="00811EFC"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58993DCB" w14:textId="77777777" w:rsidR="00811EFC" w:rsidRPr="00F91465" w:rsidRDefault="00811EFC" w:rsidP="00EE3899">
            <w:pPr>
              <w:spacing w:after="0" w:line="240" w:lineRule="auto"/>
            </w:pPr>
            <w:r w:rsidRPr="00F91465">
              <w:t xml:space="preserve">Laurie Bulman, </w:t>
            </w:r>
          </w:p>
          <w:p w14:paraId="09E4830B" w14:textId="77777777" w:rsidR="00811EFC" w:rsidRPr="00F91465" w:rsidRDefault="00811EFC" w:rsidP="00EE3899">
            <w:pPr>
              <w:spacing w:after="0" w:line="240" w:lineRule="auto"/>
            </w:pPr>
            <w:r w:rsidRPr="00F91465">
              <w:t>Director of Human Resources</w:t>
            </w:r>
          </w:p>
        </w:tc>
        <w:tc>
          <w:tcPr>
            <w:tcW w:w="450" w:type="dxa"/>
            <w:tcBorders>
              <w:top w:val="single" w:sz="4" w:space="0" w:color="808080"/>
              <w:left w:val="single" w:sz="4" w:space="0" w:color="808080"/>
              <w:bottom w:val="single" w:sz="4" w:space="0" w:color="808080"/>
              <w:right w:val="single" w:sz="4" w:space="0" w:color="808080"/>
            </w:tcBorders>
            <w:vAlign w:val="center"/>
          </w:tcPr>
          <w:p w14:paraId="1E83FEDC" w14:textId="77777777" w:rsidR="00811EFC" w:rsidRPr="00F91465" w:rsidRDefault="00811EFC" w:rsidP="00EE3899">
            <w:pPr>
              <w:spacing w:line="240" w:lineRule="auto"/>
              <w:rPr>
                <w:rFonts w:cstheme="minorHAnsi"/>
              </w:rPr>
            </w:pPr>
            <w:r w:rsidRPr="00F91465">
              <w:rPr>
                <w:rFonts w:cstheme="minorHAnsi"/>
              </w:rPr>
              <w:t>X</w:t>
            </w:r>
          </w:p>
        </w:tc>
      </w:tr>
      <w:tr w:rsidR="00811EFC" w:rsidRPr="00F91465" w14:paraId="32160472" w14:textId="77777777" w:rsidTr="002267E0">
        <w:trPr>
          <w:trHeight w:val="683"/>
        </w:trPr>
        <w:tc>
          <w:tcPr>
            <w:tcW w:w="1800" w:type="dxa"/>
            <w:tcBorders>
              <w:top w:val="single" w:sz="4" w:space="0" w:color="808080"/>
              <w:left w:val="single" w:sz="4" w:space="0" w:color="808080"/>
              <w:bottom w:val="single" w:sz="4" w:space="0" w:color="808080"/>
              <w:right w:val="single" w:sz="4" w:space="0" w:color="808080"/>
            </w:tcBorders>
            <w:hideMark/>
          </w:tcPr>
          <w:p w14:paraId="300C1BE3" w14:textId="77777777" w:rsidR="00811EFC" w:rsidRPr="00F91465" w:rsidRDefault="00811EFC" w:rsidP="00EE3899">
            <w:pPr>
              <w:spacing w:line="240" w:lineRule="auto"/>
            </w:pPr>
            <w:r w:rsidRPr="00F91465">
              <w:t xml:space="preserve">Karen McLean, Vice-Chair   </w:t>
            </w:r>
          </w:p>
        </w:tc>
        <w:tc>
          <w:tcPr>
            <w:tcW w:w="360" w:type="dxa"/>
            <w:tcBorders>
              <w:top w:val="single" w:sz="4" w:space="0" w:color="808080"/>
              <w:left w:val="single" w:sz="4" w:space="0" w:color="808080"/>
              <w:bottom w:val="single" w:sz="4" w:space="0" w:color="808080"/>
              <w:right w:val="single" w:sz="4" w:space="0" w:color="808080"/>
            </w:tcBorders>
            <w:vAlign w:val="center"/>
          </w:tcPr>
          <w:p w14:paraId="5B969CE5" w14:textId="77777777" w:rsidR="00811EFC" w:rsidRPr="00F91465" w:rsidRDefault="00811EFC" w:rsidP="00EE3899">
            <w:pPr>
              <w:spacing w:line="240" w:lineRule="auto"/>
            </w:pPr>
            <w:r w:rsidRPr="00F91465">
              <w:t>X</w:t>
            </w:r>
          </w:p>
        </w:tc>
        <w:tc>
          <w:tcPr>
            <w:tcW w:w="1890" w:type="dxa"/>
            <w:tcBorders>
              <w:top w:val="single" w:sz="4" w:space="0" w:color="808080"/>
              <w:left w:val="single" w:sz="4" w:space="0" w:color="808080"/>
              <w:bottom w:val="single" w:sz="4" w:space="0" w:color="808080"/>
              <w:right w:val="single" w:sz="4" w:space="0" w:color="808080"/>
            </w:tcBorders>
          </w:tcPr>
          <w:p w14:paraId="3C0DD755" w14:textId="77777777" w:rsidR="00811EFC" w:rsidRPr="00F91465" w:rsidRDefault="00811EFC" w:rsidP="00EE3899">
            <w:pPr>
              <w:spacing w:line="240" w:lineRule="auto"/>
            </w:pPr>
            <w:r w:rsidRPr="00F91465">
              <w:t xml:space="preserve">Mark Jensen, Board member </w:t>
            </w:r>
          </w:p>
        </w:tc>
        <w:tc>
          <w:tcPr>
            <w:tcW w:w="450" w:type="dxa"/>
            <w:tcBorders>
              <w:top w:val="single" w:sz="4" w:space="0" w:color="808080"/>
              <w:left w:val="single" w:sz="4" w:space="0" w:color="808080"/>
              <w:bottom w:val="single" w:sz="4" w:space="0" w:color="808080"/>
              <w:right w:val="single" w:sz="4" w:space="0" w:color="808080"/>
            </w:tcBorders>
            <w:vAlign w:val="center"/>
          </w:tcPr>
          <w:p w14:paraId="7A0A9F0F" w14:textId="619B6C33" w:rsidR="00811EFC" w:rsidRPr="00F91465" w:rsidRDefault="00025833" w:rsidP="00EE3899">
            <w:pPr>
              <w:spacing w:after="0" w:line="240" w:lineRule="auto"/>
            </w:pPr>
            <w:r w:rsidRPr="00F91465">
              <w:t>O</w:t>
            </w:r>
          </w:p>
        </w:tc>
        <w:tc>
          <w:tcPr>
            <w:tcW w:w="2430" w:type="dxa"/>
            <w:tcBorders>
              <w:top w:val="single" w:sz="4" w:space="0" w:color="808080"/>
              <w:left w:val="single" w:sz="4" w:space="0" w:color="808080"/>
              <w:bottom w:val="single" w:sz="4" w:space="0" w:color="808080"/>
              <w:right w:val="single" w:sz="4" w:space="0" w:color="808080"/>
            </w:tcBorders>
          </w:tcPr>
          <w:p w14:paraId="0484F1B9" w14:textId="77777777" w:rsidR="00811EFC" w:rsidRPr="00F91465" w:rsidRDefault="00811EFC" w:rsidP="00EE3899">
            <w:pPr>
              <w:spacing w:after="0" w:line="240" w:lineRule="auto"/>
            </w:pPr>
            <w:r w:rsidRPr="00F91465">
              <w:t xml:space="preserve">Kathy Moritz, </w:t>
            </w:r>
          </w:p>
          <w:p w14:paraId="7B39EFA4" w14:textId="77777777" w:rsidR="00811EFC" w:rsidRPr="00F91465" w:rsidRDefault="00811EFC" w:rsidP="00EE3899">
            <w:pPr>
              <w:spacing w:after="0" w:line="240" w:lineRule="auto"/>
            </w:pPr>
            <w:r w:rsidRPr="00F91465">
              <w:t>Chief Nursing Officer</w:t>
            </w:r>
          </w:p>
        </w:tc>
        <w:tc>
          <w:tcPr>
            <w:tcW w:w="360" w:type="dxa"/>
            <w:tcBorders>
              <w:top w:val="single" w:sz="4" w:space="0" w:color="808080"/>
              <w:left w:val="single" w:sz="4" w:space="0" w:color="808080"/>
              <w:bottom w:val="single" w:sz="4" w:space="0" w:color="808080"/>
              <w:right w:val="single" w:sz="4" w:space="0" w:color="808080"/>
            </w:tcBorders>
            <w:vAlign w:val="center"/>
          </w:tcPr>
          <w:p w14:paraId="78AB5193" w14:textId="77777777" w:rsidR="00811EFC" w:rsidRPr="00F91465" w:rsidRDefault="00811EFC"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5F655CED" w14:textId="77777777" w:rsidR="00811EFC" w:rsidRPr="00F91465" w:rsidRDefault="00811EFC" w:rsidP="00EE3899">
            <w:pPr>
              <w:spacing w:after="0" w:line="240" w:lineRule="auto"/>
            </w:pPr>
            <w:r w:rsidRPr="00F91465">
              <w:t xml:space="preserve">Laurie Tope, MD President, </w:t>
            </w:r>
          </w:p>
          <w:p w14:paraId="4EAAD8EC" w14:textId="77777777" w:rsidR="00811EFC" w:rsidRPr="00F91465" w:rsidRDefault="00811EFC" w:rsidP="00EE3899">
            <w:pPr>
              <w:spacing w:after="0" w:line="240" w:lineRule="auto"/>
            </w:pPr>
            <w:r w:rsidRPr="00F91465">
              <w:t>Medical Staff</w:t>
            </w:r>
          </w:p>
        </w:tc>
        <w:tc>
          <w:tcPr>
            <w:tcW w:w="450" w:type="dxa"/>
            <w:tcBorders>
              <w:top w:val="single" w:sz="4" w:space="0" w:color="808080"/>
              <w:left w:val="single" w:sz="4" w:space="0" w:color="808080"/>
              <w:bottom w:val="single" w:sz="4" w:space="0" w:color="808080"/>
              <w:right w:val="single" w:sz="4" w:space="0" w:color="808080"/>
            </w:tcBorders>
            <w:vAlign w:val="center"/>
          </w:tcPr>
          <w:p w14:paraId="0B50B3FF" w14:textId="77777777" w:rsidR="00811EFC" w:rsidRPr="00F91465" w:rsidRDefault="00811EFC" w:rsidP="00EE3899">
            <w:pPr>
              <w:autoSpaceDE w:val="0"/>
              <w:autoSpaceDN w:val="0"/>
              <w:adjustRightInd w:val="0"/>
              <w:spacing w:line="240" w:lineRule="auto"/>
              <w:rPr>
                <w:rFonts w:cstheme="minorHAnsi"/>
              </w:rPr>
            </w:pPr>
            <w:r w:rsidRPr="00F91465">
              <w:rPr>
                <w:rFonts w:cstheme="minorHAnsi"/>
              </w:rPr>
              <w:t>X</w:t>
            </w:r>
          </w:p>
        </w:tc>
      </w:tr>
      <w:tr w:rsidR="00811EFC" w:rsidRPr="00F91465" w14:paraId="24E4995D" w14:textId="77777777" w:rsidTr="002267E0">
        <w:trPr>
          <w:trHeight w:val="818"/>
        </w:trPr>
        <w:tc>
          <w:tcPr>
            <w:tcW w:w="1800" w:type="dxa"/>
            <w:tcBorders>
              <w:top w:val="single" w:sz="4" w:space="0" w:color="808080"/>
              <w:left w:val="single" w:sz="4" w:space="0" w:color="808080"/>
              <w:bottom w:val="single" w:sz="4" w:space="0" w:color="808080"/>
              <w:right w:val="single" w:sz="4" w:space="0" w:color="808080"/>
            </w:tcBorders>
            <w:hideMark/>
          </w:tcPr>
          <w:p w14:paraId="11B555D8" w14:textId="77777777" w:rsidR="00811EFC" w:rsidRPr="00F91465" w:rsidRDefault="00811EFC" w:rsidP="00EE3899">
            <w:pPr>
              <w:spacing w:after="0" w:line="240" w:lineRule="auto"/>
            </w:pPr>
            <w:r w:rsidRPr="00F91465">
              <w:t>Justin Gullekson, Secretary-Treasurer</w:t>
            </w:r>
          </w:p>
        </w:tc>
        <w:tc>
          <w:tcPr>
            <w:tcW w:w="360" w:type="dxa"/>
            <w:tcBorders>
              <w:top w:val="single" w:sz="4" w:space="0" w:color="808080"/>
              <w:left w:val="single" w:sz="4" w:space="0" w:color="808080"/>
              <w:bottom w:val="single" w:sz="4" w:space="0" w:color="808080"/>
              <w:right w:val="single" w:sz="4" w:space="0" w:color="808080"/>
            </w:tcBorders>
            <w:vAlign w:val="center"/>
          </w:tcPr>
          <w:p w14:paraId="74AAFD6E" w14:textId="77777777" w:rsidR="00811EFC" w:rsidRPr="00F91465" w:rsidRDefault="00811EFC" w:rsidP="00EE3899">
            <w:pPr>
              <w:spacing w:line="240" w:lineRule="auto"/>
            </w:pPr>
            <w:r w:rsidRPr="00F91465">
              <w:t>X</w:t>
            </w:r>
          </w:p>
        </w:tc>
        <w:tc>
          <w:tcPr>
            <w:tcW w:w="1890" w:type="dxa"/>
            <w:tcBorders>
              <w:top w:val="single" w:sz="4" w:space="0" w:color="808080"/>
              <w:left w:val="single" w:sz="4" w:space="0" w:color="808080"/>
              <w:bottom w:val="single" w:sz="4" w:space="0" w:color="808080"/>
              <w:right w:val="single" w:sz="4" w:space="0" w:color="808080"/>
            </w:tcBorders>
          </w:tcPr>
          <w:p w14:paraId="5EC96D7B" w14:textId="77777777" w:rsidR="00811EFC" w:rsidRPr="00F91465" w:rsidRDefault="00811EFC" w:rsidP="00EE3899">
            <w:pPr>
              <w:spacing w:line="240" w:lineRule="auto"/>
            </w:pPr>
            <w:r w:rsidRPr="00F91465">
              <w:t>Bekah Krueger, Board member</w:t>
            </w:r>
          </w:p>
        </w:tc>
        <w:tc>
          <w:tcPr>
            <w:tcW w:w="450" w:type="dxa"/>
            <w:tcBorders>
              <w:top w:val="single" w:sz="4" w:space="0" w:color="808080"/>
              <w:left w:val="single" w:sz="4" w:space="0" w:color="808080"/>
              <w:bottom w:val="single" w:sz="4" w:space="0" w:color="808080"/>
              <w:right w:val="single" w:sz="4" w:space="0" w:color="808080"/>
            </w:tcBorders>
            <w:vAlign w:val="center"/>
          </w:tcPr>
          <w:p w14:paraId="7079DFB9" w14:textId="77777777" w:rsidR="00811EFC" w:rsidRPr="00F91465" w:rsidRDefault="00811EFC"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0E88A675" w14:textId="77777777" w:rsidR="00811EFC" w:rsidRPr="00F91465" w:rsidRDefault="00811EFC" w:rsidP="00EE3899">
            <w:pPr>
              <w:spacing w:after="0" w:line="240" w:lineRule="auto"/>
            </w:pPr>
            <w:r w:rsidRPr="00F91465">
              <w:t xml:space="preserve">Ben Stevens, </w:t>
            </w:r>
          </w:p>
          <w:p w14:paraId="2B669FDC" w14:textId="77777777" w:rsidR="00811EFC" w:rsidRPr="00F91465" w:rsidRDefault="00811EFC" w:rsidP="00EE3899">
            <w:pPr>
              <w:spacing w:after="0" w:line="240" w:lineRule="auto"/>
            </w:pPr>
            <w:r w:rsidRPr="00F91465">
              <w:t xml:space="preserve">Chief Financial Officer </w:t>
            </w:r>
          </w:p>
        </w:tc>
        <w:tc>
          <w:tcPr>
            <w:tcW w:w="360" w:type="dxa"/>
            <w:tcBorders>
              <w:top w:val="single" w:sz="4" w:space="0" w:color="808080"/>
              <w:left w:val="single" w:sz="4" w:space="0" w:color="808080"/>
              <w:bottom w:val="single" w:sz="4" w:space="0" w:color="808080"/>
              <w:right w:val="single" w:sz="4" w:space="0" w:color="808080"/>
            </w:tcBorders>
            <w:vAlign w:val="center"/>
          </w:tcPr>
          <w:p w14:paraId="1B0F8E18" w14:textId="77777777" w:rsidR="00811EFC" w:rsidRPr="00F91465" w:rsidRDefault="00811EFC"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3ECAFA06" w14:textId="77777777" w:rsidR="00811EFC" w:rsidRPr="00F91465" w:rsidRDefault="00811EFC" w:rsidP="00EE3899">
            <w:pPr>
              <w:spacing w:line="240" w:lineRule="auto"/>
            </w:pPr>
            <w:r w:rsidRPr="00F91465">
              <w:t>BreAnna Sovereign, Executive Assistant</w:t>
            </w:r>
          </w:p>
        </w:tc>
        <w:tc>
          <w:tcPr>
            <w:tcW w:w="450" w:type="dxa"/>
            <w:tcBorders>
              <w:top w:val="single" w:sz="4" w:space="0" w:color="808080"/>
              <w:left w:val="single" w:sz="4" w:space="0" w:color="808080"/>
              <w:bottom w:val="single" w:sz="4" w:space="0" w:color="808080"/>
              <w:right w:val="single" w:sz="4" w:space="0" w:color="808080"/>
            </w:tcBorders>
            <w:vAlign w:val="center"/>
          </w:tcPr>
          <w:p w14:paraId="0BE680B7" w14:textId="77777777" w:rsidR="00811EFC" w:rsidRPr="00F91465" w:rsidRDefault="00811EFC" w:rsidP="00EE3899">
            <w:pPr>
              <w:autoSpaceDE w:val="0"/>
              <w:autoSpaceDN w:val="0"/>
              <w:adjustRightInd w:val="0"/>
              <w:spacing w:line="240" w:lineRule="auto"/>
              <w:rPr>
                <w:rFonts w:cstheme="minorHAnsi"/>
              </w:rPr>
            </w:pPr>
            <w:r w:rsidRPr="00F91465">
              <w:rPr>
                <w:rFonts w:cstheme="minorHAnsi"/>
              </w:rPr>
              <w:t>X</w:t>
            </w:r>
          </w:p>
        </w:tc>
      </w:tr>
      <w:tr w:rsidR="00811EFC" w:rsidRPr="00F91465" w14:paraId="702797B8" w14:textId="77777777" w:rsidTr="002267E0">
        <w:tc>
          <w:tcPr>
            <w:tcW w:w="1800" w:type="dxa"/>
            <w:tcBorders>
              <w:top w:val="single" w:sz="4" w:space="0" w:color="808080"/>
              <w:left w:val="single" w:sz="4" w:space="0" w:color="808080"/>
              <w:bottom w:val="single" w:sz="4" w:space="0" w:color="808080"/>
              <w:right w:val="single" w:sz="4" w:space="0" w:color="808080"/>
            </w:tcBorders>
            <w:hideMark/>
          </w:tcPr>
          <w:p w14:paraId="70DC570E" w14:textId="77777777" w:rsidR="00811EFC" w:rsidRPr="00F91465" w:rsidRDefault="00811EFC" w:rsidP="00EE3899">
            <w:pPr>
              <w:spacing w:line="240" w:lineRule="auto"/>
            </w:pPr>
            <w:r w:rsidRPr="00F91465">
              <w:t>Britt Rhodes, Board member</w:t>
            </w:r>
          </w:p>
          <w:p w14:paraId="50049EDC" w14:textId="77777777" w:rsidR="00811EFC" w:rsidRPr="00F91465" w:rsidRDefault="00811EFC" w:rsidP="00EE3899">
            <w:pPr>
              <w:spacing w:line="240" w:lineRule="auto"/>
            </w:pPr>
          </w:p>
        </w:tc>
        <w:tc>
          <w:tcPr>
            <w:tcW w:w="360" w:type="dxa"/>
            <w:tcBorders>
              <w:top w:val="single" w:sz="4" w:space="0" w:color="808080"/>
              <w:left w:val="single" w:sz="4" w:space="0" w:color="808080"/>
              <w:bottom w:val="single" w:sz="4" w:space="0" w:color="808080"/>
              <w:right w:val="single" w:sz="4" w:space="0" w:color="808080"/>
            </w:tcBorders>
            <w:vAlign w:val="center"/>
          </w:tcPr>
          <w:p w14:paraId="5C4F319E" w14:textId="723490EB" w:rsidR="00811EFC" w:rsidRPr="00F91465" w:rsidRDefault="002402FA" w:rsidP="00EE3899">
            <w:pPr>
              <w:spacing w:line="240" w:lineRule="auto"/>
            </w:pPr>
            <w:r w:rsidRPr="00F91465">
              <w:t>X</w:t>
            </w:r>
          </w:p>
        </w:tc>
        <w:tc>
          <w:tcPr>
            <w:tcW w:w="1890" w:type="dxa"/>
            <w:tcBorders>
              <w:top w:val="single" w:sz="4" w:space="0" w:color="808080"/>
              <w:left w:val="single" w:sz="4" w:space="0" w:color="808080"/>
              <w:bottom w:val="single" w:sz="4" w:space="0" w:color="808080"/>
              <w:right w:val="single" w:sz="4" w:space="0" w:color="808080"/>
            </w:tcBorders>
          </w:tcPr>
          <w:p w14:paraId="652F501D" w14:textId="77777777" w:rsidR="00811EFC" w:rsidRPr="00F91465" w:rsidRDefault="00811EFC" w:rsidP="00EE3899">
            <w:pPr>
              <w:spacing w:after="0" w:line="240" w:lineRule="auto"/>
            </w:pPr>
            <w:r w:rsidRPr="00F91465">
              <w:t>Steve Slessor,</w:t>
            </w:r>
          </w:p>
          <w:p w14:paraId="632160F1" w14:textId="77777777" w:rsidR="00811EFC" w:rsidRPr="00F91465" w:rsidRDefault="00811EFC" w:rsidP="00EE3899">
            <w:pPr>
              <w:spacing w:after="0" w:line="240" w:lineRule="auto"/>
            </w:pPr>
            <w:r w:rsidRPr="00F91465">
              <w:t>Chief Administrative Officer</w:t>
            </w:r>
          </w:p>
        </w:tc>
        <w:tc>
          <w:tcPr>
            <w:tcW w:w="450" w:type="dxa"/>
            <w:tcBorders>
              <w:top w:val="single" w:sz="4" w:space="0" w:color="808080"/>
              <w:left w:val="single" w:sz="4" w:space="0" w:color="808080"/>
              <w:bottom w:val="single" w:sz="4" w:space="0" w:color="808080"/>
              <w:right w:val="single" w:sz="4" w:space="0" w:color="808080"/>
            </w:tcBorders>
            <w:vAlign w:val="center"/>
          </w:tcPr>
          <w:p w14:paraId="1290F9C9" w14:textId="0D602469" w:rsidR="00811EFC" w:rsidRPr="00F91465" w:rsidRDefault="002402FA"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5ECB4DA3" w14:textId="77777777" w:rsidR="00811EFC" w:rsidRPr="00F91465" w:rsidRDefault="00811EFC" w:rsidP="00EE3899">
            <w:pPr>
              <w:spacing w:after="0" w:line="240" w:lineRule="auto"/>
            </w:pPr>
            <w:r w:rsidRPr="00F91465">
              <w:t xml:space="preserve">Dave Rooney, </w:t>
            </w:r>
          </w:p>
          <w:p w14:paraId="386E5A34" w14:textId="77777777" w:rsidR="00811EFC" w:rsidRPr="00F91465" w:rsidRDefault="00811EFC" w:rsidP="00EE3899">
            <w:pPr>
              <w:spacing w:after="0" w:line="240" w:lineRule="auto"/>
            </w:pPr>
            <w:r w:rsidRPr="00F91465">
              <w:t>Chief Operating Officer</w:t>
            </w:r>
          </w:p>
        </w:tc>
        <w:tc>
          <w:tcPr>
            <w:tcW w:w="360" w:type="dxa"/>
            <w:tcBorders>
              <w:top w:val="single" w:sz="4" w:space="0" w:color="808080"/>
              <w:left w:val="single" w:sz="4" w:space="0" w:color="808080"/>
              <w:bottom w:val="single" w:sz="4" w:space="0" w:color="808080"/>
              <w:right w:val="single" w:sz="4" w:space="0" w:color="808080"/>
            </w:tcBorders>
            <w:vAlign w:val="center"/>
          </w:tcPr>
          <w:p w14:paraId="7C875D9F" w14:textId="77777777" w:rsidR="00811EFC" w:rsidRPr="00F91465" w:rsidRDefault="00811EFC" w:rsidP="00EE3899">
            <w:pPr>
              <w:spacing w:line="240" w:lineRule="auto"/>
            </w:pPr>
            <w:r w:rsidRPr="00F91465">
              <w:t>X</w:t>
            </w:r>
          </w:p>
        </w:tc>
        <w:tc>
          <w:tcPr>
            <w:tcW w:w="2430" w:type="dxa"/>
            <w:tcBorders>
              <w:top w:val="single" w:sz="4" w:space="0" w:color="808080"/>
              <w:left w:val="single" w:sz="4" w:space="0" w:color="808080"/>
              <w:bottom w:val="single" w:sz="4" w:space="0" w:color="808080"/>
              <w:right w:val="single" w:sz="4" w:space="0" w:color="808080"/>
            </w:tcBorders>
          </w:tcPr>
          <w:p w14:paraId="701F89B4" w14:textId="77777777" w:rsidR="00811EFC" w:rsidRPr="00F91465" w:rsidRDefault="00811EFC" w:rsidP="00EE3899">
            <w:pPr>
              <w:spacing w:line="240" w:lineRule="auto"/>
            </w:pPr>
          </w:p>
        </w:tc>
        <w:tc>
          <w:tcPr>
            <w:tcW w:w="450" w:type="dxa"/>
            <w:tcBorders>
              <w:top w:val="single" w:sz="4" w:space="0" w:color="808080"/>
              <w:left w:val="single" w:sz="4" w:space="0" w:color="808080"/>
              <w:bottom w:val="single" w:sz="4" w:space="0" w:color="808080"/>
              <w:right w:val="single" w:sz="4" w:space="0" w:color="808080"/>
            </w:tcBorders>
            <w:vAlign w:val="center"/>
          </w:tcPr>
          <w:p w14:paraId="04F2C2CB" w14:textId="77777777" w:rsidR="00811EFC" w:rsidRPr="00F91465" w:rsidRDefault="00811EFC" w:rsidP="00EE3899">
            <w:pPr>
              <w:autoSpaceDE w:val="0"/>
              <w:autoSpaceDN w:val="0"/>
              <w:adjustRightInd w:val="0"/>
              <w:spacing w:line="240" w:lineRule="auto"/>
              <w:rPr>
                <w:rFonts w:cstheme="minorHAnsi"/>
              </w:rPr>
            </w:pPr>
          </w:p>
        </w:tc>
      </w:tr>
    </w:tbl>
    <w:p w14:paraId="39F473F7" w14:textId="3857A323" w:rsidR="00811EFC" w:rsidRPr="00F91465" w:rsidRDefault="00811EFC" w:rsidP="00EE3899">
      <w:pPr>
        <w:tabs>
          <w:tab w:val="right" w:pos="9270"/>
          <w:tab w:val="right" w:pos="9540"/>
        </w:tabs>
        <w:spacing w:line="240" w:lineRule="auto"/>
        <w:ind w:right="-72"/>
        <w:rPr>
          <w:rFonts w:cstheme="minorHAnsi"/>
          <w:bCs/>
        </w:rPr>
      </w:pPr>
      <w:r w:rsidRPr="00F91465">
        <w:rPr>
          <w:rFonts w:cstheme="minorHAnsi"/>
          <w:b/>
        </w:rPr>
        <w:t xml:space="preserve">Guests: </w:t>
      </w:r>
      <w:r w:rsidR="006E258E" w:rsidRPr="00F91465">
        <w:rPr>
          <w:rFonts w:cstheme="minorHAnsi"/>
        </w:rPr>
        <w:t>Alex Rosenow (Decorah News), S</w:t>
      </w:r>
      <w:r w:rsidR="006E258E" w:rsidRPr="00F91465">
        <w:rPr>
          <w:rFonts w:cstheme="minorHAnsi"/>
          <w:bCs/>
        </w:rPr>
        <w:t>amantha Storts, Megan Slattery,</w:t>
      </w:r>
      <w:r w:rsidR="002402FA" w:rsidRPr="00F91465">
        <w:rPr>
          <w:rFonts w:cstheme="minorHAnsi"/>
          <w:bCs/>
        </w:rPr>
        <w:t xml:space="preserve"> Tasha</w:t>
      </w:r>
      <w:r w:rsidR="006E258E" w:rsidRPr="00F91465">
        <w:rPr>
          <w:rFonts w:cstheme="minorHAnsi"/>
          <w:bCs/>
        </w:rPr>
        <w:t xml:space="preserve"> Croell</w:t>
      </w:r>
      <w:r w:rsidR="002402FA" w:rsidRPr="00F91465">
        <w:rPr>
          <w:rFonts w:cstheme="minorHAnsi"/>
          <w:bCs/>
        </w:rPr>
        <w:t>, Jena</w:t>
      </w:r>
      <w:r w:rsidR="006E258E" w:rsidRPr="00F91465">
        <w:rPr>
          <w:rFonts w:cstheme="minorHAnsi"/>
          <w:bCs/>
        </w:rPr>
        <w:t xml:space="preserve"> Elsbernd</w:t>
      </w:r>
    </w:p>
    <w:p w14:paraId="7211A9F6" w14:textId="77777777" w:rsidR="00811EFC" w:rsidRPr="00F91465" w:rsidRDefault="00811EFC" w:rsidP="00EE3899">
      <w:pPr>
        <w:pStyle w:val="Footer"/>
        <w:spacing w:after="120"/>
        <w:rPr>
          <w:rFonts w:cstheme="minorHAnsi"/>
        </w:rPr>
      </w:pPr>
    </w:p>
    <w:p w14:paraId="2AB23D67" w14:textId="77777777" w:rsidR="00811EFC" w:rsidRPr="00F91465" w:rsidRDefault="00811EFC" w:rsidP="00EE3899">
      <w:pPr>
        <w:pStyle w:val="Footer"/>
        <w:spacing w:after="120"/>
        <w:rPr>
          <w:rFonts w:cstheme="minorHAnsi"/>
        </w:rPr>
      </w:pPr>
      <w:r w:rsidRPr="00F91465">
        <w:rPr>
          <w:rFonts w:cstheme="minorHAnsi"/>
        </w:rPr>
        <w:t>____________________________________</w:t>
      </w:r>
      <w:r w:rsidRPr="00F91465">
        <w:rPr>
          <w:rFonts w:cstheme="minorHAnsi"/>
        </w:rPr>
        <w:tab/>
        <w:t xml:space="preserve">        Recording: BreAnna Sovereign, Executive Assistant   </w:t>
      </w:r>
    </w:p>
    <w:p w14:paraId="12EA55CA" w14:textId="77777777" w:rsidR="00811EFC" w:rsidRPr="00F91465" w:rsidRDefault="00811EFC" w:rsidP="00EE3899">
      <w:pPr>
        <w:pStyle w:val="Footer"/>
        <w:spacing w:after="120"/>
        <w:rPr>
          <w:rFonts w:cstheme="minorHAnsi"/>
        </w:rPr>
      </w:pPr>
      <w:r w:rsidRPr="00F91465">
        <w:rPr>
          <w:rFonts w:cstheme="minorHAnsi"/>
        </w:rPr>
        <w:t xml:space="preserve">Justin Gullekson, Secretary           </w:t>
      </w:r>
      <w:r w:rsidRPr="00F91465">
        <w:rPr>
          <w:rFonts w:cstheme="minorHAnsi"/>
        </w:rPr>
        <w:tab/>
      </w:r>
    </w:p>
    <w:p w14:paraId="10E63C0B" w14:textId="77777777" w:rsidR="00811EFC" w:rsidRPr="00F91465" w:rsidRDefault="00811EFC" w:rsidP="00EE3899">
      <w:pPr>
        <w:spacing w:line="240" w:lineRule="auto"/>
      </w:pPr>
    </w:p>
    <w:sectPr w:rsidR="00811EFC" w:rsidRPr="00F91465" w:rsidSect="00811EF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0D7907"/>
    <w:multiLevelType w:val="hybridMultilevel"/>
    <w:tmpl w:val="5540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127693"/>
    <w:multiLevelType w:val="hybridMultilevel"/>
    <w:tmpl w:val="B310EFB4"/>
    <w:lvl w:ilvl="0" w:tplc="B844C0FA">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357150"/>
    <w:multiLevelType w:val="hybridMultilevel"/>
    <w:tmpl w:val="DD7C6106"/>
    <w:lvl w:ilvl="0" w:tplc="603EA0DE">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4F7636"/>
    <w:multiLevelType w:val="hybridMultilevel"/>
    <w:tmpl w:val="9F1A36F8"/>
    <w:lvl w:ilvl="0" w:tplc="F7286AA6">
      <w:start w:val="1"/>
      <w:numFmt w:val="upperRoman"/>
      <w:lvlText w:val="%1."/>
      <w:lvlJc w:val="right"/>
      <w:pPr>
        <w:ind w:left="720" w:hanging="360"/>
      </w:pPr>
      <w:rPr>
        <w:rFonts w:hint="default"/>
      </w:rPr>
    </w:lvl>
    <w:lvl w:ilvl="1" w:tplc="280A7E46">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29550260">
    <w:abstractNumId w:val="8"/>
  </w:num>
  <w:num w:numId="2" w16cid:durableId="1777941350">
    <w:abstractNumId w:val="6"/>
  </w:num>
  <w:num w:numId="3" w16cid:durableId="499933426">
    <w:abstractNumId w:val="5"/>
  </w:num>
  <w:num w:numId="4" w16cid:durableId="670645132">
    <w:abstractNumId w:val="4"/>
  </w:num>
  <w:num w:numId="5" w16cid:durableId="1840999068">
    <w:abstractNumId w:val="7"/>
  </w:num>
  <w:num w:numId="6" w16cid:durableId="949974809">
    <w:abstractNumId w:val="3"/>
  </w:num>
  <w:num w:numId="7" w16cid:durableId="1691640609">
    <w:abstractNumId w:val="2"/>
  </w:num>
  <w:num w:numId="8" w16cid:durableId="1909530109">
    <w:abstractNumId w:val="1"/>
  </w:num>
  <w:num w:numId="9" w16cid:durableId="1016464935">
    <w:abstractNumId w:val="0"/>
  </w:num>
  <w:num w:numId="10" w16cid:durableId="946539750">
    <w:abstractNumId w:val="9"/>
  </w:num>
  <w:num w:numId="11" w16cid:durableId="791480364">
    <w:abstractNumId w:val="11"/>
  </w:num>
  <w:num w:numId="12" w16cid:durableId="626275538">
    <w:abstractNumId w:val="12"/>
  </w:num>
  <w:num w:numId="13" w16cid:durableId="11736871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833"/>
    <w:rsid w:val="00034616"/>
    <w:rsid w:val="00057EE5"/>
    <w:rsid w:val="0006063C"/>
    <w:rsid w:val="000659E3"/>
    <w:rsid w:val="00100610"/>
    <w:rsid w:val="0015074B"/>
    <w:rsid w:val="00157AC6"/>
    <w:rsid w:val="002209EA"/>
    <w:rsid w:val="002402FA"/>
    <w:rsid w:val="0029639D"/>
    <w:rsid w:val="00326F90"/>
    <w:rsid w:val="004242DA"/>
    <w:rsid w:val="00496668"/>
    <w:rsid w:val="004C0CAD"/>
    <w:rsid w:val="004F73E2"/>
    <w:rsid w:val="005250BF"/>
    <w:rsid w:val="00555DAD"/>
    <w:rsid w:val="00574EE7"/>
    <w:rsid w:val="00576F8F"/>
    <w:rsid w:val="00590CF7"/>
    <w:rsid w:val="005E5D73"/>
    <w:rsid w:val="00654C53"/>
    <w:rsid w:val="006E258E"/>
    <w:rsid w:val="0076379E"/>
    <w:rsid w:val="00811EFC"/>
    <w:rsid w:val="008232C0"/>
    <w:rsid w:val="008500D1"/>
    <w:rsid w:val="009C036A"/>
    <w:rsid w:val="00AA1D8D"/>
    <w:rsid w:val="00AE484E"/>
    <w:rsid w:val="00B47730"/>
    <w:rsid w:val="00CB0664"/>
    <w:rsid w:val="00DD1DA2"/>
    <w:rsid w:val="00E127B6"/>
    <w:rsid w:val="00E27AF2"/>
    <w:rsid w:val="00EE3899"/>
    <w:rsid w:val="00F74274"/>
    <w:rsid w:val="00F914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2B1C90"/>
  <w14:defaultImageDpi w14:val="300"/>
  <w15:docId w15:val="{B7CC3DD7-F7A8-4A50-B1B6-6F1AA918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668"/>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BreAnna Sovereign</cp:lastModifiedBy>
  <cp:revision>3</cp:revision>
  <dcterms:created xsi:type="dcterms:W3CDTF">2026-09-03T18:35:00Z</dcterms:created>
  <dcterms:modified xsi:type="dcterms:W3CDTF">2026-10-12T13:04:00Z</dcterms:modified>
  <cp:category/>
</cp:coreProperties>
</file>