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80319" w14:textId="77777777" w:rsidR="004C0CAD" w:rsidRPr="004242DA" w:rsidRDefault="00574EE7" w:rsidP="004242DA">
      <w:pPr>
        <w:pStyle w:val="Heading1"/>
        <w:spacing w:before="0" w:line="240" w:lineRule="auto"/>
        <w:jc w:val="right"/>
        <w:rPr>
          <w:sz w:val="22"/>
          <w:szCs w:val="22"/>
        </w:rPr>
      </w:pPr>
      <w:r w:rsidRPr="004242DA">
        <w:rPr>
          <w:sz w:val="22"/>
          <w:szCs w:val="22"/>
        </w:rPr>
        <w:t>WinnMed Board Meeting Minutes</w:t>
      </w:r>
    </w:p>
    <w:p w14:paraId="57A0D3AB" w14:textId="77123730" w:rsidR="00590CF7" w:rsidRPr="004242DA" w:rsidRDefault="00AA2B51" w:rsidP="004242DA">
      <w:pPr>
        <w:pStyle w:val="Heading1"/>
        <w:spacing w:before="0"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>September 8</w:t>
      </w:r>
      <w:r w:rsidR="00590CF7" w:rsidRPr="004242DA">
        <w:rPr>
          <w:sz w:val="22"/>
          <w:szCs w:val="22"/>
        </w:rPr>
        <w:t xml:space="preserve">, 2026 at </w:t>
      </w:r>
      <w:r>
        <w:rPr>
          <w:sz w:val="22"/>
          <w:szCs w:val="22"/>
        </w:rPr>
        <w:t>12</w:t>
      </w:r>
      <w:r w:rsidR="00590CF7" w:rsidRPr="004242DA">
        <w:rPr>
          <w:sz w:val="22"/>
          <w:szCs w:val="22"/>
        </w:rPr>
        <w:t>:</w:t>
      </w:r>
      <w:r>
        <w:rPr>
          <w:sz w:val="22"/>
          <w:szCs w:val="22"/>
        </w:rPr>
        <w:t>3</w:t>
      </w:r>
      <w:r w:rsidR="00590CF7" w:rsidRPr="004242DA">
        <w:rPr>
          <w:sz w:val="22"/>
          <w:szCs w:val="22"/>
        </w:rPr>
        <w:t>0 P.M.</w:t>
      </w:r>
    </w:p>
    <w:p w14:paraId="4AF5ED63" w14:textId="6F57BF7A" w:rsidR="00590CF7" w:rsidRPr="004242DA" w:rsidRDefault="00590CF7" w:rsidP="004242DA">
      <w:pPr>
        <w:pStyle w:val="Heading1"/>
        <w:spacing w:before="0" w:line="240" w:lineRule="auto"/>
        <w:jc w:val="right"/>
        <w:rPr>
          <w:sz w:val="22"/>
          <w:szCs w:val="22"/>
        </w:rPr>
      </w:pPr>
      <w:r w:rsidRPr="004242DA">
        <w:rPr>
          <w:sz w:val="22"/>
          <w:szCs w:val="22"/>
        </w:rPr>
        <w:t>Conference Room B2/3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0"/>
        <w:gridCol w:w="3780"/>
        <w:gridCol w:w="2340"/>
      </w:tblGrid>
      <w:tr w:rsidR="000659E3" w14:paraId="49CE0661" w14:textId="77777777" w:rsidTr="003A0B2F">
        <w:tc>
          <w:tcPr>
            <w:tcW w:w="3960" w:type="dxa"/>
            <w:shd w:val="clear" w:color="auto" w:fill="DDD9C3" w:themeFill="background2" w:themeFillShade="E6"/>
          </w:tcPr>
          <w:p w14:paraId="4E8BB9F6" w14:textId="350709C8" w:rsidR="000659E3" w:rsidRPr="00590CF7" w:rsidRDefault="000659E3" w:rsidP="00EE3899">
            <w:pPr>
              <w:spacing w:after="0" w:line="240" w:lineRule="auto"/>
              <w:rPr>
                <w:b/>
                <w:bCs/>
              </w:rPr>
            </w:pPr>
            <w:r w:rsidRPr="00AC7336">
              <w:rPr>
                <w:b/>
                <w:bCs/>
              </w:rPr>
              <w:t>Agenda Topic</w:t>
            </w:r>
          </w:p>
        </w:tc>
        <w:tc>
          <w:tcPr>
            <w:tcW w:w="3780" w:type="dxa"/>
            <w:shd w:val="clear" w:color="auto" w:fill="DDD9C3" w:themeFill="background2" w:themeFillShade="E6"/>
          </w:tcPr>
          <w:p w14:paraId="6169F113" w14:textId="5DDD4DA3" w:rsidR="000659E3" w:rsidRPr="00590CF7" w:rsidRDefault="000659E3" w:rsidP="00EE3899">
            <w:pPr>
              <w:spacing w:after="0" w:line="240" w:lineRule="auto"/>
              <w:rPr>
                <w:b/>
                <w:bCs/>
              </w:rPr>
            </w:pPr>
            <w:r w:rsidRPr="00AC7336">
              <w:rPr>
                <w:b/>
                <w:bCs/>
              </w:rPr>
              <w:t>Presenter</w:t>
            </w:r>
          </w:p>
        </w:tc>
        <w:tc>
          <w:tcPr>
            <w:tcW w:w="2340" w:type="dxa"/>
            <w:shd w:val="clear" w:color="auto" w:fill="DDD9C3" w:themeFill="background2" w:themeFillShade="E6"/>
          </w:tcPr>
          <w:p w14:paraId="38525685" w14:textId="0B44C227" w:rsidR="000659E3" w:rsidRPr="00590CF7" w:rsidRDefault="000659E3" w:rsidP="00EE3899">
            <w:pPr>
              <w:spacing w:after="0" w:line="240" w:lineRule="auto"/>
              <w:rPr>
                <w:b/>
                <w:bCs/>
              </w:rPr>
            </w:pPr>
            <w:r w:rsidRPr="00AC7336">
              <w:rPr>
                <w:b/>
                <w:bCs/>
              </w:rPr>
              <w:t>Purpose</w:t>
            </w:r>
          </w:p>
        </w:tc>
      </w:tr>
      <w:tr w:rsidR="000659E3" w14:paraId="72E3F375" w14:textId="77777777" w:rsidTr="003A0B2F">
        <w:trPr>
          <w:trHeight w:val="333"/>
        </w:trPr>
        <w:tc>
          <w:tcPr>
            <w:tcW w:w="3960" w:type="dxa"/>
            <w:shd w:val="clear" w:color="auto" w:fill="DDD9C3" w:themeFill="background2" w:themeFillShade="E6"/>
          </w:tcPr>
          <w:p w14:paraId="7FD79DD0" w14:textId="0D35CB8C" w:rsidR="000659E3" w:rsidRPr="00574EE7" w:rsidRDefault="000659E3" w:rsidP="00EE3899">
            <w:pPr>
              <w:spacing w:after="0" w:line="240" w:lineRule="auto"/>
              <w:rPr>
                <w:b/>
                <w:bCs/>
              </w:rPr>
            </w:pPr>
            <w:r w:rsidRPr="00AC7336">
              <w:rPr>
                <w:b/>
                <w:bCs/>
              </w:rPr>
              <w:t>Call to Order</w:t>
            </w:r>
          </w:p>
        </w:tc>
        <w:tc>
          <w:tcPr>
            <w:tcW w:w="3780" w:type="dxa"/>
            <w:shd w:val="clear" w:color="auto" w:fill="DDD9C3" w:themeFill="background2" w:themeFillShade="E6"/>
          </w:tcPr>
          <w:p w14:paraId="0DCE27F5" w14:textId="65B9EC30" w:rsidR="000659E3" w:rsidRPr="000659E3" w:rsidRDefault="000659E3" w:rsidP="00EE3899">
            <w:pPr>
              <w:spacing w:after="0" w:line="240" w:lineRule="auto"/>
              <w:rPr>
                <w:b/>
                <w:bCs/>
              </w:rPr>
            </w:pPr>
            <w:r>
              <w:t>C. Goltz</w:t>
            </w:r>
          </w:p>
        </w:tc>
        <w:tc>
          <w:tcPr>
            <w:tcW w:w="2340" w:type="dxa"/>
            <w:shd w:val="clear" w:color="auto" w:fill="DDD9C3" w:themeFill="background2" w:themeFillShade="E6"/>
          </w:tcPr>
          <w:p w14:paraId="38DF8AFE" w14:textId="77777777" w:rsidR="000659E3" w:rsidRPr="000659E3" w:rsidRDefault="000659E3" w:rsidP="00EE3899">
            <w:pPr>
              <w:spacing w:after="0" w:line="240" w:lineRule="auto"/>
              <w:rPr>
                <w:b/>
                <w:bCs/>
              </w:rPr>
            </w:pPr>
          </w:p>
        </w:tc>
      </w:tr>
      <w:tr w:rsidR="00590CF7" w14:paraId="5C1221A3" w14:textId="77777777" w:rsidTr="00811EFC">
        <w:tc>
          <w:tcPr>
            <w:tcW w:w="10080" w:type="dxa"/>
            <w:gridSpan w:val="3"/>
          </w:tcPr>
          <w:p w14:paraId="54870D32" w14:textId="6153B7C5" w:rsidR="00590CF7" w:rsidRDefault="00805544" w:rsidP="00EE3899">
            <w:pPr>
              <w:spacing w:after="0" w:line="240" w:lineRule="auto"/>
            </w:pPr>
            <w:r>
              <w:t>12:30</w:t>
            </w:r>
          </w:p>
        </w:tc>
      </w:tr>
      <w:tr w:rsidR="000659E3" w14:paraId="13EED444" w14:textId="77777777" w:rsidTr="00C0550F">
        <w:tc>
          <w:tcPr>
            <w:tcW w:w="3960" w:type="dxa"/>
            <w:shd w:val="clear" w:color="auto" w:fill="DDD9C3" w:themeFill="background2" w:themeFillShade="E6"/>
          </w:tcPr>
          <w:p w14:paraId="0E83668C" w14:textId="2DFB034F" w:rsidR="000659E3" w:rsidRPr="00574EE7" w:rsidRDefault="000659E3" w:rsidP="00EE3899">
            <w:pPr>
              <w:spacing w:after="0" w:line="240" w:lineRule="auto"/>
              <w:rPr>
                <w:b/>
                <w:bCs/>
              </w:rPr>
            </w:pPr>
            <w:r w:rsidRPr="00AC7336">
              <w:rPr>
                <w:b/>
                <w:bCs/>
              </w:rPr>
              <w:t>Medical Staff Services</w:t>
            </w:r>
          </w:p>
        </w:tc>
        <w:tc>
          <w:tcPr>
            <w:tcW w:w="3780" w:type="dxa"/>
            <w:shd w:val="clear" w:color="auto" w:fill="DDD9C3" w:themeFill="background2" w:themeFillShade="E6"/>
          </w:tcPr>
          <w:p w14:paraId="6201C4A7" w14:textId="44A594E4" w:rsidR="000659E3" w:rsidRDefault="000659E3" w:rsidP="00EE3899">
            <w:pPr>
              <w:spacing w:after="0" w:line="240" w:lineRule="auto"/>
            </w:pPr>
            <w:r w:rsidRPr="00AC7336">
              <w:t>Dr. L. Tope</w:t>
            </w:r>
          </w:p>
        </w:tc>
        <w:tc>
          <w:tcPr>
            <w:tcW w:w="2340" w:type="dxa"/>
            <w:shd w:val="clear" w:color="auto" w:fill="DDD9C3" w:themeFill="background2" w:themeFillShade="E6"/>
          </w:tcPr>
          <w:p w14:paraId="78E2128E" w14:textId="0834817C" w:rsidR="000659E3" w:rsidRDefault="000659E3" w:rsidP="00EE3899">
            <w:pPr>
              <w:spacing w:after="0" w:line="240" w:lineRule="auto"/>
            </w:pPr>
            <w:r w:rsidRPr="00AC7336">
              <w:t>Approval</w:t>
            </w:r>
          </w:p>
        </w:tc>
      </w:tr>
      <w:tr w:rsidR="00590CF7" w14:paraId="33387026" w14:textId="77777777" w:rsidTr="00811EFC">
        <w:tc>
          <w:tcPr>
            <w:tcW w:w="10080" w:type="dxa"/>
            <w:gridSpan w:val="3"/>
          </w:tcPr>
          <w:p w14:paraId="1E11FD8B" w14:textId="56C284B7" w:rsidR="00590CF7" w:rsidRDefault="00590CF7" w:rsidP="00EE3899">
            <w:pPr>
              <w:spacing w:after="0" w:line="240" w:lineRule="auto"/>
            </w:pPr>
            <w:r w:rsidRPr="009C5A66">
              <w:rPr>
                <w:rFonts w:cstheme="minorHAnsi"/>
                <w:b/>
                <w:bCs/>
              </w:rPr>
              <w:t>Action:</w:t>
            </w:r>
            <w:r w:rsidRPr="009C5A66">
              <w:rPr>
                <w:rFonts w:cstheme="minorHAnsi"/>
              </w:rPr>
              <w:t xml:space="preserve"> Motion made by</w:t>
            </w:r>
            <w:r w:rsidR="00805544">
              <w:rPr>
                <w:rFonts w:cstheme="minorHAnsi"/>
              </w:rPr>
              <w:t xml:space="preserve"> Jan Heikes</w:t>
            </w:r>
            <w:r w:rsidRPr="009C5A66">
              <w:rPr>
                <w:rFonts w:cstheme="minorHAnsi"/>
              </w:rPr>
              <w:t xml:space="preserve">, seconded by </w:t>
            </w:r>
            <w:r w:rsidR="00805544">
              <w:rPr>
                <w:rFonts w:cstheme="minorHAnsi"/>
              </w:rPr>
              <w:t>Karen McLean</w:t>
            </w:r>
            <w:r w:rsidRPr="009C5A66">
              <w:rPr>
                <w:rFonts w:cstheme="minorHAnsi"/>
              </w:rPr>
              <w:t>, to app</w:t>
            </w:r>
            <w:r w:rsidR="00805544">
              <w:rPr>
                <w:rFonts w:cstheme="minorHAnsi"/>
              </w:rPr>
              <w:t>rove Dr. Lopez Cortes’ additional privileges in OB/GYN, Robotic Assisted-Surgical procedures</w:t>
            </w:r>
            <w:r w:rsidRPr="009C5A66">
              <w:rPr>
                <w:rFonts w:cstheme="minorHAnsi"/>
              </w:rPr>
              <w:t>.  All voting, aye. Motion carried.</w:t>
            </w:r>
          </w:p>
        </w:tc>
      </w:tr>
      <w:tr w:rsidR="000659E3" w14:paraId="033BCE1B" w14:textId="77777777" w:rsidTr="004D7973">
        <w:tc>
          <w:tcPr>
            <w:tcW w:w="3960" w:type="dxa"/>
            <w:shd w:val="clear" w:color="auto" w:fill="DDD9C3" w:themeFill="background2" w:themeFillShade="E6"/>
          </w:tcPr>
          <w:p w14:paraId="5C606F4A" w14:textId="269C5FAA" w:rsidR="000659E3" w:rsidRPr="00574EE7" w:rsidRDefault="000659E3" w:rsidP="00EE3899">
            <w:pPr>
              <w:spacing w:after="0" w:line="240" w:lineRule="auto"/>
              <w:rPr>
                <w:b/>
                <w:bCs/>
              </w:rPr>
            </w:pPr>
            <w:r w:rsidRPr="00AC7336">
              <w:rPr>
                <w:b/>
                <w:bCs/>
              </w:rPr>
              <w:t>Adjournment</w:t>
            </w:r>
          </w:p>
        </w:tc>
        <w:tc>
          <w:tcPr>
            <w:tcW w:w="3780" w:type="dxa"/>
            <w:shd w:val="clear" w:color="auto" w:fill="DDD9C3" w:themeFill="background2" w:themeFillShade="E6"/>
          </w:tcPr>
          <w:p w14:paraId="7A9A4BF6" w14:textId="3BFA6F79" w:rsidR="000659E3" w:rsidRDefault="000659E3" w:rsidP="00EE3899">
            <w:pPr>
              <w:spacing w:after="0" w:line="240" w:lineRule="auto"/>
            </w:pPr>
            <w:r>
              <w:t>C. Goltz</w:t>
            </w:r>
          </w:p>
        </w:tc>
        <w:tc>
          <w:tcPr>
            <w:tcW w:w="2340" w:type="dxa"/>
            <w:shd w:val="clear" w:color="auto" w:fill="DDD9C3" w:themeFill="background2" w:themeFillShade="E6"/>
          </w:tcPr>
          <w:p w14:paraId="0C6113A8" w14:textId="05793A3C" w:rsidR="000659E3" w:rsidRDefault="000659E3" w:rsidP="00EE3899">
            <w:pPr>
              <w:spacing w:after="0" w:line="240" w:lineRule="auto"/>
            </w:pPr>
            <w:r w:rsidRPr="00AC7336">
              <w:t>Approval</w:t>
            </w:r>
          </w:p>
        </w:tc>
      </w:tr>
      <w:tr w:rsidR="00590CF7" w14:paraId="0C2EFA7B" w14:textId="77777777" w:rsidTr="00811EFC">
        <w:tc>
          <w:tcPr>
            <w:tcW w:w="10080" w:type="dxa"/>
            <w:gridSpan w:val="3"/>
          </w:tcPr>
          <w:p w14:paraId="43D2E1D8" w14:textId="298E4A7D" w:rsidR="00590CF7" w:rsidRDefault="00590CF7" w:rsidP="00EE3899">
            <w:pPr>
              <w:pStyle w:val="Header"/>
              <w:tabs>
                <w:tab w:val="left" w:pos="720"/>
              </w:tabs>
            </w:pPr>
            <w:r w:rsidRPr="00590CF7">
              <w:rPr>
                <w:rFonts w:cstheme="minorHAnsi"/>
                <w:b/>
                <w:bCs/>
              </w:rPr>
              <w:t>Action</w:t>
            </w:r>
            <w:r w:rsidRPr="00590CF7">
              <w:rPr>
                <w:rFonts w:cstheme="minorHAnsi"/>
              </w:rPr>
              <w:t xml:space="preserve">: Motion made by </w:t>
            </w:r>
            <w:r w:rsidR="00805544">
              <w:rPr>
                <w:rFonts w:cstheme="minorHAnsi"/>
              </w:rPr>
              <w:t>Britt Rhodes</w:t>
            </w:r>
            <w:r w:rsidRPr="00590CF7">
              <w:rPr>
                <w:rFonts w:cstheme="minorHAnsi"/>
              </w:rPr>
              <w:t xml:space="preserve">, seconded by </w:t>
            </w:r>
            <w:r w:rsidR="00805544">
              <w:rPr>
                <w:rFonts w:cstheme="minorHAnsi"/>
              </w:rPr>
              <w:t>Jan Heikes</w:t>
            </w:r>
            <w:r w:rsidRPr="00590CF7">
              <w:rPr>
                <w:rFonts w:cstheme="minorHAnsi"/>
              </w:rPr>
              <w:t xml:space="preserve"> to adjourn the meeting.  All voting, aye. Motion carried.</w:t>
            </w:r>
          </w:p>
        </w:tc>
      </w:tr>
    </w:tbl>
    <w:p w14:paraId="285E8C85" w14:textId="77777777" w:rsidR="00574EE7" w:rsidRDefault="00574EE7" w:rsidP="00EE3899">
      <w:pPr>
        <w:spacing w:line="240" w:lineRule="auto"/>
      </w:pPr>
    </w:p>
    <w:p w14:paraId="6B9A222C" w14:textId="77777777" w:rsidR="00811EFC" w:rsidRPr="009C5A66" w:rsidRDefault="00811EFC" w:rsidP="00EE3899">
      <w:pPr>
        <w:pStyle w:val="Footer"/>
        <w:rPr>
          <w:rFonts w:cstheme="minorHAnsi"/>
        </w:rPr>
      </w:pPr>
      <w:r w:rsidRPr="009C5A66">
        <w:rPr>
          <w:rFonts w:cstheme="minorHAnsi"/>
          <w:b/>
        </w:rPr>
        <w:t xml:space="preserve">Members || </w:t>
      </w:r>
      <w:r w:rsidRPr="009C5A66">
        <w:rPr>
          <w:rFonts w:cstheme="minorHAnsi"/>
        </w:rPr>
        <w:t>O = Absent, X = Present</w:t>
      </w:r>
      <w:r w:rsidRPr="009C5A66">
        <w:rPr>
          <w:rFonts w:cstheme="minorHAnsi"/>
          <w:b/>
        </w:rPr>
        <w:tab/>
      </w:r>
    </w:p>
    <w:tbl>
      <w:tblPr>
        <w:tblW w:w="10170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360"/>
        <w:gridCol w:w="1890"/>
        <w:gridCol w:w="450"/>
        <w:gridCol w:w="2430"/>
        <w:gridCol w:w="360"/>
        <w:gridCol w:w="2430"/>
        <w:gridCol w:w="450"/>
      </w:tblGrid>
      <w:tr w:rsidR="00811EFC" w:rsidRPr="009C5A66" w14:paraId="48D50ACC" w14:textId="77777777" w:rsidTr="002267E0">
        <w:trPr>
          <w:trHeight w:val="818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31DEA53" w14:textId="77777777" w:rsidR="00811EFC" w:rsidRPr="00F87EB9" w:rsidRDefault="00811EFC" w:rsidP="00EE3899">
            <w:pPr>
              <w:spacing w:after="0" w:line="240" w:lineRule="auto"/>
            </w:pPr>
            <w:r w:rsidRPr="00F87EB9">
              <w:t xml:space="preserve">Clark Goltz, Chairman </w:t>
            </w: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B31AD6" w14:textId="77777777" w:rsidR="00811EFC" w:rsidRPr="00F87EB9" w:rsidRDefault="00811EFC" w:rsidP="00EE3899">
            <w:pPr>
              <w:spacing w:line="240" w:lineRule="auto"/>
            </w:pPr>
            <w:r w:rsidRPr="00F87EB9">
              <w:t>X</w:t>
            </w:r>
          </w:p>
        </w:tc>
        <w:tc>
          <w:tcPr>
            <w:tcW w:w="18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1975C8" w14:textId="77777777" w:rsidR="00811EFC" w:rsidRDefault="00811EFC" w:rsidP="00EE3899">
            <w:pPr>
              <w:spacing w:after="0" w:line="240" w:lineRule="auto"/>
            </w:pPr>
            <w:r w:rsidRPr="00F87EB9">
              <w:t xml:space="preserve">Jan Heikes, </w:t>
            </w:r>
          </w:p>
          <w:p w14:paraId="7AC8652D" w14:textId="77777777" w:rsidR="00811EFC" w:rsidRPr="00F87EB9" w:rsidRDefault="00811EFC" w:rsidP="00EE3899">
            <w:pPr>
              <w:spacing w:after="0" w:line="240" w:lineRule="auto"/>
            </w:pPr>
            <w:r w:rsidRPr="00F87EB9">
              <w:t xml:space="preserve">Board member 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DE6249" w14:textId="77777777" w:rsidR="00811EFC" w:rsidRPr="00F87EB9" w:rsidRDefault="00811EFC" w:rsidP="00EE3899">
            <w:pPr>
              <w:spacing w:line="240" w:lineRule="auto"/>
            </w:pPr>
            <w:r w:rsidRPr="00F87EB9">
              <w:t>X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6D7CF0" w14:textId="6B2C4C36" w:rsidR="00811EFC" w:rsidRDefault="00811EFC" w:rsidP="00EE3899">
            <w:pPr>
              <w:spacing w:after="0" w:line="240" w:lineRule="auto"/>
            </w:pPr>
            <w:r w:rsidRPr="00F87EB9">
              <w:t xml:space="preserve">Thomas Marquardt, DPM, </w:t>
            </w:r>
          </w:p>
          <w:p w14:paraId="0D5EC4C1" w14:textId="77777777" w:rsidR="00811EFC" w:rsidRPr="00F87EB9" w:rsidRDefault="00811EFC" w:rsidP="00EE3899">
            <w:pPr>
              <w:spacing w:after="0" w:line="240" w:lineRule="auto"/>
            </w:pPr>
            <w:r w:rsidRPr="00F87EB9">
              <w:t xml:space="preserve">Chief Medical Officer </w:t>
            </w: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AED11F" w14:textId="77777777" w:rsidR="00811EFC" w:rsidRPr="00F87EB9" w:rsidRDefault="00811EFC" w:rsidP="00EE3899">
            <w:pPr>
              <w:spacing w:line="240" w:lineRule="auto"/>
            </w:pPr>
            <w:r w:rsidRPr="00F87EB9">
              <w:t>X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993DCB" w14:textId="77777777" w:rsidR="00811EFC" w:rsidRDefault="00811EFC" w:rsidP="00EE3899">
            <w:pPr>
              <w:spacing w:after="0" w:line="240" w:lineRule="auto"/>
            </w:pPr>
            <w:r w:rsidRPr="00F87EB9">
              <w:t xml:space="preserve">Laurie Bulman, </w:t>
            </w:r>
          </w:p>
          <w:p w14:paraId="09E4830B" w14:textId="77777777" w:rsidR="00811EFC" w:rsidRPr="00F87EB9" w:rsidRDefault="00811EFC" w:rsidP="00EE3899">
            <w:pPr>
              <w:spacing w:after="0" w:line="240" w:lineRule="auto"/>
            </w:pPr>
            <w:r w:rsidRPr="00F87EB9">
              <w:t>Director of Human Resources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83FEDC" w14:textId="4348A281" w:rsidR="00811EFC" w:rsidRPr="009C5A66" w:rsidRDefault="00805544" w:rsidP="00EE3899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</w:p>
        </w:tc>
      </w:tr>
      <w:tr w:rsidR="00811EFC" w:rsidRPr="009C5A66" w14:paraId="32160472" w14:textId="77777777" w:rsidTr="002267E0">
        <w:trPr>
          <w:trHeight w:val="683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00C1BE3" w14:textId="77777777" w:rsidR="00811EFC" w:rsidRPr="00F87EB9" w:rsidRDefault="00811EFC" w:rsidP="00EE3899">
            <w:pPr>
              <w:spacing w:line="240" w:lineRule="auto"/>
            </w:pPr>
            <w:r w:rsidRPr="00F87EB9">
              <w:t xml:space="preserve">Karen McLean, Vice-Chair   </w:t>
            </w: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969CE5" w14:textId="77777777" w:rsidR="00811EFC" w:rsidRPr="00F87EB9" w:rsidRDefault="00811EFC" w:rsidP="00EE3899">
            <w:pPr>
              <w:spacing w:line="240" w:lineRule="auto"/>
            </w:pPr>
            <w:r w:rsidRPr="00F87EB9">
              <w:t>X</w:t>
            </w:r>
          </w:p>
        </w:tc>
        <w:tc>
          <w:tcPr>
            <w:tcW w:w="18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0DD755" w14:textId="77777777" w:rsidR="00811EFC" w:rsidRPr="00F87EB9" w:rsidRDefault="00811EFC" w:rsidP="00EE3899">
            <w:pPr>
              <w:spacing w:line="240" w:lineRule="auto"/>
            </w:pPr>
            <w:r w:rsidRPr="00F87EB9">
              <w:t xml:space="preserve">Mark Jensen, Board member 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0A9F0F" w14:textId="3F991ACE" w:rsidR="00811EFC" w:rsidRPr="00F87EB9" w:rsidRDefault="00805544" w:rsidP="00EE3899">
            <w:pPr>
              <w:spacing w:after="0" w:line="240" w:lineRule="auto"/>
            </w:pPr>
            <w:r>
              <w:t>O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84F1B9" w14:textId="77777777" w:rsidR="00811EFC" w:rsidRDefault="00811EFC" w:rsidP="00EE3899">
            <w:pPr>
              <w:spacing w:after="0" w:line="240" w:lineRule="auto"/>
            </w:pPr>
            <w:r w:rsidRPr="00F87EB9">
              <w:t xml:space="preserve">Kathy Moritz, </w:t>
            </w:r>
          </w:p>
          <w:p w14:paraId="7B39EFA4" w14:textId="77777777" w:rsidR="00811EFC" w:rsidRPr="00F87EB9" w:rsidRDefault="00811EFC" w:rsidP="00EE3899">
            <w:pPr>
              <w:spacing w:after="0" w:line="240" w:lineRule="auto"/>
            </w:pPr>
            <w:r w:rsidRPr="00F87EB9">
              <w:t>Chief Nursing Officer</w:t>
            </w: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AB5193" w14:textId="672CC597" w:rsidR="00811EFC" w:rsidRPr="00F87EB9" w:rsidRDefault="00805544" w:rsidP="00EE3899">
            <w:pPr>
              <w:spacing w:line="240" w:lineRule="auto"/>
            </w:pPr>
            <w:r>
              <w:t>O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655CED" w14:textId="77777777" w:rsidR="00811EFC" w:rsidRDefault="00811EFC" w:rsidP="00EE3899">
            <w:pPr>
              <w:spacing w:after="0" w:line="240" w:lineRule="auto"/>
            </w:pPr>
            <w:r w:rsidRPr="00F87EB9">
              <w:t xml:space="preserve">Laurie Tope, MD President, </w:t>
            </w:r>
          </w:p>
          <w:p w14:paraId="4EAAD8EC" w14:textId="77777777" w:rsidR="00811EFC" w:rsidRPr="00F87EB9" w:rsidRDefault="00811EFC" w:rsidP="00EE3899">
            <w:pPr>
              <w:spacing w:after="0" w:line="240" w:lineRule="auto"/>
            </w:pPr>
            <w:r w:rsidRPr="00F87EB9">
              <w:t>Medical Staff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50B3FF" w14:textId="77777777" w:rsidR="00811EFC" w:rsidRPr="009C5A66" w:rsidRDefault="00811EFC" w:rsidP="00EE3899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9C5A66">
              <w:rPr>
                <w:rFonts w:cstheme="minorHAnsi"/>
              </w:rPr>
              <w:t>X</w:t>
            </w:r>
          </w:p>
        </w:tc>
      </w:tr>
      <w:tr w:rsidR="00811EFC" w:rsidRPr="009C5A66" w14:paraId="24E4995D" w14:textId="77777777" w:rsidTr="002267E0">
        <w:trPr>
          <w:trHeight w:val="818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1B555D8" w14:textId="77777777" w:rsidR="00811EFC" w:rsidRPr="00F87EB9" w:rsidRDefault="00811EFC" w:rsidP="00EE3899">
            <w:pPr>
              <w:spacing w:after="0" w:line="240" w:lineRule="auto"/>
            </w:pPr>
            <w:r w:rsidRPr="00F87EB9">
              <w:t>Justin Gullekson, Secretary-Treasurer</w:t>
            </w: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AFD6E" w14:textId="52DAEC5B" w:rsidR="00811EFC" w:rsidRPr="00F87EB9" w:rsidRDefault="00805544" w:rsidP="00EE3899">
            <w:pPr>
              <w:spacing w:line="240" w:lineRule="auto"/>
            </w:pPr>
            <w:r>
              <w:t>O</w:t>
            </w:r>
          </w:p>
        </w:tc>
        <w:tc>
          <w:tcPr>
            <w:tcW w:w="18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96D7B" w14:textId="77777777" w:rsidR="00811EFC" w:rsidRPr="00F87EB9" w:rsidRDefault="00811EFC" w:rsidP="00EE3899">
            <w:pPr>
              <w:spacing w:line="240" w:lineRule="auto"/>
            </w:pPr>
            <w:r w:rsidRPr="00F87EB9">
              <w:t>Bekah Krueger, Board member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79DFB9" w14:textId="517B8627" w:rsidR="00811EFC" w:rsidRPr="00F87EB9" w:rsidRDefault="00805544" w:rsidP="00EE3899">
            <w:pPr>
              <w:spacing w:line="240" w:lineRule="auto"/>
            </w:pPr>
            <w:r>
              <w:t>O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88A675" w14:textId="77777777" w:rsidR="00811EFC" w:rsidRDefault="00811EFC" w:rsidP="00EE3899">
            <w:pPr>
              <w:spacing w:after="0" w:line="240" w:lineRule="auto"/>
            </w:pPr>
            <w:r w:rsidRPr="00F87EB9">
              <w:t xml:space="preserve">Ben Stevens, </w:t>
            </w:r>
          </w:p>
          <w:p w14:paraId="2B669FDC" w14:textId="77777777" w:rsidR="00811EFC" w:rsidRPr="00F87EB9" w:rsidRDefault="00811EFC" w:rsidP="00EE3899">
            <w:pPr>
              <w:spacing w:after="0" w:line="240" w:lineRule="auto"/>
            </w:pPr>
            <w:r w:rsidRPr="00F87EB9">
              <w:t xml:space="preserve">Chief Financial Officer </w:t>
            </w: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0F8E18" w14:textId="4AD1C2E1" w:rsidR="00811EFC" w:rsidRPr="00F87EB9" w:rsidRDefault="00805544" w:rsidP="00EE3899">
            <w:pPr>
              <w:spacing w:line="240" w:lineRule="auto"/>
            </w:pPr>
            <w:r>
              <w:t>O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CAFA06" w14:textId="77777777" w:rsidR="00811EFC" w:rsidRPr="00F87EB9" w:rsidRDefault="00811EFC" w:rsidP="00EE3899">
            <w:pPr>
              <w:spacing w:line="240" w:lineRule="auto"/>
            </w:pPr>
            <w:r w:rsidRPr="00F87EB9">
              <w:t>BreAnna Sovereign, Executive Assistant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E680B7" w14:textId="77777777" w:rsidR="00811EFC" w:rsidRPr="009C5A66" w:rsidRDefault="00811EFC" w:rsidP="00EE3899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  <w:r w:rsidRPr="009C5A66">
              <w:rPr>
                <w:rFonts w:cstheme="minorHAnsi"/>
              </w:rPr>
              <w:t>X</w:t>
            </w:r>
          </w:p>
        </w:tc>
      </w:tr>
      <w:tr w:rsidR="00811EFC" w:rsidRPr="009C5A66" w14:paraId="702797B8" w14:textId="77777777" w:rsidTr="002267E0"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0DC570E" w14:textId="77777777" w:rsidR="00811EFC" w:rsidRPr="00F87EB9" w:rsidRDefault="00811EFC" w:rsidP="00EE3899">
            <w:pPr>
              <w:spacing w:line="240" w:lineRule="auto"/>
            </w:pPr>
            <w:r w:rsidRPr="00F87EB9">
              <w:t>Britt Rhodes, Board member</w:t>
            </w:r>
          </w:p>
          <w:p w14:paraId="50049EDC" w14:textId="77777777" w:rsidR="00811EFC" w:rsidRPr="00F87EB9" w:rsidRDefault="00811EFC" w:rsidP="00EE3899">
            <w:pPr>
              <w:spacing w:line="240" w:lineRule="auto"/>
            </w:pP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4F319E" w14:textId="280756AE" w:rsidR="00811EFC" w:rsidRPr="00F87EB9" w:rsidRDefault="00805544" w:rsidP="00EE3899">
            <w:pPr>
              <w:spacing w:line="240" w:lineRule="auto"/>
            </w:pPr>
            <w:r>
              <w:t>X</w:t>
            </w:r>
          </w:p>
        </w:tc>
        <w:tc>
          <w:tcPr>
            <w:tcW w:w="18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2F501D" w14:textId="77777777" w:rsidR="00811EFC" w:rsidRDefault="00811EFC" w:rsidP="00EE3899">
            <w:pPr>
              <w:spacing w:after="0" w:line="240" w:lineRule="auto"/>
            </w:pPr>
            <w:r w:rsidRPr="00F87EB9">
              <w:t>Steve Slessor,</w:t>
            </w:r>
          </w:p>
          <w:p w14:paraId="632160F1" w14:textId="77777777" w:rsidR="00811EFC" w:rsidRPr="00F87EB9" w:rsidRDefault="00811EFC" w:rsidP="00EE3899">
            <w:pPr>
              <w:spacing w:after="0" w:line="240" w:lineRule="auto"/>
            </w:pPr>
            <w:r w:rsidRPr="00F87EB9">
              <w:t>Chief Administrative Officer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90F9C9" w14:textId="5E9DEDD8" w:rsidR="00811EFC" w:rsidRPr="00F87EB9" w:rsidRDefault="00805544" w:rsidP="00EE3899">
            <w:pPr>
              <w:spacing w:line="240" w:lineRule="auto"/>
            </w:pPr>
            <w:r>
              <w:t>X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CB4DA3" w14:textId="77777777" w:rsidR="00811EFC" w:rsidRDefault="00811EFC" w:rsidP="00EE3899">
            <w:pPr>
              <w:spacing w:after="0" w:line="240" w:lineRule="auto"/>
            </w:pPr>
            <w:r w:rsidRPr="00F87EB9">
              <w:t xml:space="preserve">Dave Rooney, </w:t>
            </w:r>
          </w:p>
          <w:p w14:paraId="386E5A34" w14:textId="77777777" w:rsidR="00811EFC" w:rsidRPr="00F87EB9" w:rsidRDefault="00811EFC" w:rsidP="00EE3899">
            <w:pPr>
              <w:spacing w:after="0" w:line="240" w:lineRule="auto"/>
            </w:pPr>
            <w:r w:rsidRPr="00F87EB9">
              <w:t>Chief Operating Officer</w:t>
            </w:r>
          </w:p>
        </w:tc>
        <w:tc>
          <w:tcPr>
            <w:tcW w:w="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875D9F" w14:textId="3FFD21BA" w:rsidR="00811EFC" w:rsidRPr="00F87EB9" w:rsidRDefault="00805544" w:rsidP="00EE3899">
            <w:pPr>
              <w:spacing w:line="240" w:lineRule="auto"/>
            </w:pPr>
            <w:r>
              <w:t>O</w:t>
            </w:r>
          </w:p>
        </w:tc>
        <w:tc>
          <w:tcPr>
            <w:tcW w:w="2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F89B4" w14:textId="77777777" w:rsidR="00811EFC" w:rsidRPr="00F87EB9" w:rsidRDefault="00811EFC" w:rsidP="00EE3899">
            <w:pPr>
              <w:spacing w:line="240" w:lineRule="auto"/>
            </w:pP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F2C2CB" w14:textId="77777777" w:rsidR="00811EFC" w:rsidRPr="009C5A66" w:rsidRDefault="00811EFC" w:rsidP="00EE3899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</w:rPr>
            </w:pPr>
          </w:p>
        </w:tc>
      </w:tr>
    </w:tbl>
    <w:p w14:paraId="39F473F7" w14:textId="10DC1C15" w:rsidR="00811EFC" w:rsidRPr="009C5A66" w:rsidRDefault="00811EFC" w:rsidP="00EE3899">
      <w:pPr>
        <w:tabs>
          <w:tab w:val="right" w:pos="9270"/>
          <w:tab w:val="right" w:pos="9540"/>
        </w:tabs>
        <w:spacing w:line="240" w:lineRule="auto"/>
        <w:ind w:right="-72"/>
        <w:rPr>
          <w:rFonts w:cstheme="minorHAnsi"/>
          <w:bCs/>
        </w:rPr>
      </w:pPr>
      <w:r w:rsidRPr="009C5A66">
        <w:rPr>
          <w:rFonts w:cstheme="minorHAnsi"/>
          <w:b/>
        </w:rPr>
        <w:t xml:space="preserve">Guests: </w:t>
      </w:r>
    </w:p>
    <w:p w14:paraId="7211A9F6" w14:textId="77777777" w:rsidR="00811EFC" w:rsidRDefault="00811EFC" w:rsidP="00EE3899">
      <w:pPr>
        <w:pStyle w:val="Footer"/>
        <w:spacing w:after="120"/>
        <w:rPr>
          <w:rFonts w:cstheme="minorHAnsi"/>
        </w:rPr>
      </w:pPr>
    </w:p>
    <w:p w14:paraId="2AB23D67" w14:textId="77777777" w:rsidR="00811EFC" w:rsidRPr="009C5A66" w:rsidRDefault="00811EFC" w:rsidP="00EE3899">
      <w:pPr>
        <w:pStyle w:val="Footer"/>
        <w:spacing w:after="120"/>
        <w:rPr>
          <w:rFonts w:cstheme="minorHAnsi"/>
        </w:rPr>
      </w:pPr>
      <w:r w:rsidRPr="009C5A66">
        <w:rPr>
          <w:rFonts w:cstheme="minorHAnsi"/>
        </w:rPr>
        <w:t>____________________________________</w:t>
      </w:r>
      <w:r w:rsidRPr="009C5A66">
        <w:rPr>
          <w:rFonts w:cstheme="minorHAnsi"/>
        </w:rPr>
        <w:tab/>
        <w:t xml:space="preserve">        Recording: BreAnna Sovereign, Executive Assistant   </w:t>
      </w:r>
    </w:p>
    <w:p w14:paraId="12EA55CA" w14:textId="77777777" w:rsidR="00811EFC" w:rsidRPr="009C5A66" w:rsidRDefault="00811EFC" w:rsidP="00EE3899">
      <w:pPr>
        <w:pStyle w:val="Footer"/>
        <w:spacing w:after="120"/>
        <w:rPr>
          <w:rFonts w:cstheme="minorHAnsi"/>
        </w:rPr>
      </w:pPr>
      <w:r w:rsidRPr="009C5A66">
        <w:rPr>
          <w:rFonts w:cstheme="minorHAnsi"/>
        </w:rPr>
        <w:t xml:space="preserve">Justin Gullekson, Secretary           </w:t>
      </w:r>
      <w:r w:rsidRPr="009C5A66">
        <w:rPr>
          <w:rFonts w:cstheme="minorHAnsi"/>
        </w:rPr>
        <w:tab/>
      </w:r>
    </w:p>
    <w:p w14:paraId="10E63C0B" w14:textId="77777777" w:rsidR="00811EFC" w:rsidRDefault="00811EFC" w:rsidP="00EE3899">
      <w:pPr>
        <w:spacing w:line="240" w:lineRule="auto"/>
      </w:pPr>
    </w:p>
    <w:sectPr w:rsidR="00811EFC" w:rsidSect="00811EF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0D7907"/>
    <w:multiLevelType w:val="hybridMultilevel"/>
    <w:tmpl w:val="55400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57150"/>
    <w:multiLevelType w:val="hybridMultilevel"/>
    <w:tmpl w:val="DD7C6106"/>
    <w:lvl w:ilvl="0" w:tplc="603EA0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550260">
    <w:abstractNumId w:val="8"/>
  </w:num>
  <w:num w:numId="2" w16cid:durableId="1777941350">
    <w:abstractNumId w:val="6"/>
  </w:num>
  <w:num w:numId="3" w16cid:durableId="499933426">
    <w:abstractNumId w:val="5"/>
  </w:num>
  <w:num w:numId="4" w16cid:durableId="670645132">
    <w:abstractNumId w:val="4"/>
  </w:num>
  <w:num w:numId="5" w16cid:durableId="1840999068">
    <w:abstractNumId w:val="7"/>
  </w:num>
  <w:num w:numId="6" w16cid:durableId="949974809">
    <w:abstractNumId w:val="3"/>
  </w:num>
  <w:num w:numId="7" w16cid:durableId="1691640609">
    <w:abstractNumId w:val="2"/>
  </w:num>
  <w:num w:numId="8" w16cid:durableId="1909530109">
    <w:abstractNumId w:val="1"/>
  </w:num>
  <w:num w:numId="9" w16cid:durableId="1016464935">
    <w:abstractNumId w:val="0"/>
  </w:num>
  <w:num w:numId="10" w16cid:durableId="946539750">
    <w:abstractNumId w:val="9"/>
  </w:num>
  <w:num w:numId="11" w16cid:durableId="7914803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9E3"/>
    <w:rsid w:val="000C2BFF"/>
    <w:rsid w:val="0015074B"/>
    <w:rsid w:val="0029639D"/>
    <w:rsid w:val="00326F90"/>
    <w:rsid w:val="004242DA"/>
    <w:rsid w:val="004C0CAD"/>
    <w:rsid w:val="004F73E2"/>
    <w:rsid w:val="005250BF"/>
    <w:rsid w:val="00574EE7"/>
    <w:rsid w:val="00590CF7"/>
    <w:rsid w:val="0076379E"/>
    <w:rsid w:val="00805544"/>
    <w:rsid w:val="00811EFC"/>
    <w:rsid w:val="00AA1D8D"/>
    <w:rsid w:val="00AA2B51"/>
    <w:rsid w:val="00B24F9B"/>
    <w:rsid w:val="00B47730"/>
    <w:rsid w:val="00CB0664"/>
    <w:rsid w:val="00EE38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2B1C90"/>
  <w14:defaultImageDpi w14:val="300"/>
  <w15:docId w15:val="{B7CC3DD7-F7A8-4A50-B1B6-6F1AA918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1094</Characters>
  <Application>Microsoft Office Word</Application>
  <DocSecurity>0</DocSecurity>
  <Lines>91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BreAnna Sovereign</cp:lastModifiedBy>
  <cp:revision>3</cp:revision>
  <dcterms:created xsi:type="dcterms:W3CDTF">2026-09-04T13:46:00Z</dcterms:created>
  <dcterms:modified xsi:type="dcterms:W3CDTF">2026-09-08T17:38:00Z</dcterms:modified>
  <cp:category/>
</cp:coreProperties>
</file>